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269C" w14:textId="5D9B34B4" w:rsidR="00831389" w:rsidRDefault="00000000">
      <w:pPr>
        <w:pStyle w:val="Tytu"/>
        <w:jc w:val="center"/>
      </w:pPr>
      <w:r>
        <w:t xml:space="preserve">REGULAMIN PROMOCJI B2B </w:t>
      </w:r>
      <w:r w:rsidR="004B65BC">
        <w:t>“</w:t>
      </w:r>
      <w:r w:rsidR="00161D8E">
        <w:t>BONUS NA DROGĘ</w:t>
      </w:r>
      <w:r w:rsidR="004B65BC">
        <w:t xml:space="preserve">” </w:t>
      </w:r>
      <w:r w:rsidR="00161D8E">
        <w:t>PUNKTY SPRZEDAŻY REJS</w:t>
      </w:r>
    </w:p>
    <w:p w14:paraId="2502291B" w14:textId="53EC34B7" w:rsidR="00831389" w:rsidRDefault="00000000">
      <w:pPr>
        <w:jc w:val="center"/>
        <w:rPr>
          <w:b/>
          <w:color w:val="1F4E79"/>
          <w:sz w:val="22"/>
        </w:rPr>
      </w:pPr>
      <w:r>
        <w:rPr>
          <w:b/>
          <w:color w:val="1F4E79"/>
          <w:sz w:val="22"/>
        </w:rPr>
        <w:t>„</w:t>
      </w:r>
      <w:proofErr w:type="spellStart"/>
      <w:r>
        <w:rPr>
          <w:b/>
          <w:color w:val="1F4E79"/>
          <w:sz w:val="22"/>
        </w:rPr>
        <w:t>Zakupy</w:t>
      </w:r>
      <w:proofErr w:type="spellEnd"/>
      <w:r>
        <w:rPr>
          <w:b/>
          <w:color w:val="1F4E79"/>
          <w:sz w:val="22"/>
        </w:rPr>
        <w:t xml:space="preserve"> </w:t>
      </w:r>
      <w:proofErr w:type="spellStart"/>
      <w:r>
        <w:rPr>
          <w:b/>
          <w:color w:val="1F4E79"/>
          <w:sz w:val="22"/>
        </w:rPr>
        <w:t>premiowane</w:t>
      </w:r>
      <w:proofErr w:type="spellEnd"/>
      <w:r>
        <w:rPr>
          <w:b/>
          <w:color w:val="1F4E79"/>
          <w:sz w:val="22"/>
        </w:rPr>
        <w:t xml:space="preserve"> </w:t>
      </w:r>
      <w:proofErr w:type="spellStart"/>
      <w:r>
        <w:rPr>
          <w:b/>
          <w:color w:val="1F4E79"/>
          <w:sz w:val="22"/>
        </w:rPr>
        <w:t>kartą</w:t>
      </w:r>
      <w:proofErr w:type="spellEnd"/>
      <w:r>
        <w:rPr>
          <w:b/>
          <w:color w:val="1F4E79"/>
          <w:sz w:val="22"/>
        </w:rPr>
        <w:t xml:space="preserve"> </w:t>
      </w:r>
      <w:proofErr w:type="spellStart"/>
      <w:r>
        <w:rPr>
          <w:b/>
          <w:color w:val="1F4E79"/>
          <w:sz w:val="22"/>
        </w:rPr>
        <w:t>podarunkową</w:t>
      </w:r>
      <w:proofErr w:type="spellEnd"/>
      <w:r w:rsidR="004B65BC">
        <w:rPr>
          <w:b/>
          <w:color w:val="1F4E79"/>
          <w:sz w:val="22"/>
        </w:rPr>
        <w:t>/</w:t>
      </w:r>
      <w:proofErr w:type="spellStart"/>
      <w:r w:rsidR="004B65BC">
        <w:rPr>
          <w:b/>
          <w:color w:val="1F4E79"/>
          <w:sz w:val="22"/>
        </w:rPr>
        <w:t>przedpłaconą</w:t>
      </w:r>
      <w:proofErr w:type="spellEnd"/>
      <w:r w:rsidR="004B65BC">
        <w:rPr>
          <w:b/>
          <w:color w:val="1F4E79"/>
          <w:sz w:val="22"/>
        </w:rPr>
        <w:t xml:space="preserve"> ORLEN</w:t>
      </w:r>
      <w:r>
        <w:rPr>
          <w:b/>
          <w:color w:val="1F4E79"/>
          <w:sz w:val="22"/>
        </w:rPr>
        <w:t>”</w:t>
      </w:r>
    </w:p>
    <w:p w14:paraId="50C6CC5C" w14:textId="77777777" w:rsidR="0038418C" w:rsidRDefault="0038418C" w:rsidP="0038418C">
      <w:pPr>
        <w:rPr>
          <w:b/>
          <w:color w:val="1F4E79"/>
          <w:sz w:val="22"/>
        </w:rPr>
      </w:pPr>
    </w:p>
    <w:p w14:paraId="35C81153" w14:textId="05FB52AF" w:rsidR="0038418C" w:rsidRDefault="0038418C">
      <w:pPr>
        <w:jc w:val="center"/>
      </w:pPr>
      <w:r>
        <w:rPr>
          <w:noProof/>
        </w:rPr>
        <w:drawing>
          <wp:inline distT="0" distB="0" distL="0" distR="0" wp14:anchorId="159FBEB2" wp14:editId="2C637234">
            <wp:extent cx="2393492" cy="1524000"/>
            <wp:effectExtent l="0" t="0" r="698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704" cy="15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FC327" w14:textId="77777777" w:rsidR="00831389" w:rsidRDefault="00831389"/>
    <w:p w14:paraId="450FDA25" w14:textId="77777777" w:rsidR="00831389" w:rsidRDefault="00000000">
      <w:pPr>
        <w:pStyle w:val="Nagwek1"/>
      </w:pPr>
      <w:r>
        <w:t xml:space="preserve">§1.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ogólne</w:t>
      </w:r>
      <w:proofErr w:type="spellEnd"/>
    </w:p>
    <w:p w14:paraId="0C308C92" w14:textId="1C4BC68B" w:rsidR="00831389" w:rsidRDefault="00000000" w:rsidP="0038418C">
      <w:pPr>
        <w:ind w:left="312" w:hanging="255"/>
      </w:pPr>
      <w:r>
        <w:t xml:space="preserve">1. </w:t>
      </w:r>
      <w:proofErr w:type="spellStart"/>
      <w:r w:rsidR="0038418C">
        <w:t>Organizatorem</w:t>
      </w:r>
      <w:proofErr w:type="spellEnd"/>
      <w:r w:rsidR="0038418C">
        <w:t xml:space="preserve"> </w:t>
      </w:r>
      <w:proofErr w:type="spellStart"/>
      <w:r w:rsidR="0038418C">
        <w:t>Promocji</w:t>
      </w:r>
      <w:proofErr w:type="spellEnd"/>
      <w:r w:rsidR="0038418C">
        <w:t xml:space="preserve"> jest </w:t>
      </w:r>
      <w:proofErr w:type="spellStart"/>
      <w:r w:rsidR="0038418C">
        <w:t>Rejs</w:t>
      </w:r>
      <w:proofErr w:type="spellEnd"/>
      <w:r w:rsidR="0038418C">
        <w:t xml:space="preserve"> </w:t>
      </w:r>
      <w:proofErr w:type="spellStart"/>
      <w:r w:rsidR="0038418C">
        <w:t>Spółka</w:t>
      </w:r>
      <w:proofErr w:type="spellEnd"/>
      <w:r w:rsidR="0038418C">
        <w:t xml:space="preserve"> z </w:t>
      </w:r>
      <w:proofErr w:type="spellStart"/>
      <w:r w:rsidR="0038418C">
        <w:t>o.o.</w:t>
      </w:r>
      <w:proofErr w:type="spellEnd"/>
      <w:r w:rsidR="0038418C">
        <w:t xml:space="preserve"> z </w:t>
      </w:r>
      <w:proofErr w:type="spellStart"/>
      <w:r w:rsidR="0038418C">
        <w:t>siedzibą</w:t>
      </w:r>
      <w:proofErr w:type="spellEnd"/>
      <w:r w:rsidR="0038418C">
        <w:t xml:space="preserve"> w Rypinie, NIP 8921404630, </w:t>
      </w:r>
      <w:proofErr w:type="spellStart"/>
      <w:r w:rsidR="0038418C">
        <w:t>dalej</w:t>
      </w:r>
      <w:proofErr w:type="spellEnd"/>
      <w:r w:rsidR="0038418C">
        <w:t xml:space="preserve"> „</w:t>
      </w:r>
      <w:proofErr w:type="spellStart"/>
      <w:r w:rsidR="0038418C">
        <w:t>Organizator</w:t>
      </w:r>
      <w:proofErr w:type="spellEnd"/>
      <w:r w:rsidR="0038418C">
        <w:t>”.</w:t>
      </w:r>
    </w:p>
    <w:p w14:paraId="3D8D6952" w14:textId="117BDC6C" w:rsidR="00831389" w:rsidRDefault="00000000">
      <w:pPr>
        <w:ind w:left="312" w:hanging="255"/>
      </w:pPr>
      <w:r>
        <w:t xml:space="preserve">2.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skierowana</w:t>
      </w:r>
      <w:proofErr w:type="spellEnd"/>
      <w:r>
        <w:t xml:space="preserve"> jest </w:t>
      </w:r>
      <w:proofErr w:type="spellStart"/>
      <w:r>
        <w:t>wyłącznie</w:t>
      </w:r>
      <w:proofErr w:type="spellEnd"/>
      <w:r>
        <w:t xml:space="preserve"> do </w:t>
      </w:r>
      <w:proofErr w:type="spellStart"/>
      <w:r>
        <w:t>przedsiębiorców</w:t>
      </w:r>
      <w:proofErr w:type="spellEnd"/>
      <w:r>
        <w:t xml:space="preserve"> </w:t>
      </w:r>
      <w:proofErr w:type="spellStart"/>
      <w:r>
        <w:t>dokonujących</w:t>
      </w:r>
      <w:proofErr w:type="spellEnd"/>
      <w:r>
        <w:t xml:space="preserve"> </w:t>
      </w:r>
      <w:proofErr w:type="spellStart"/>
      <w:r>
        <w:t>zakupów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prowadzoną</w:t>
      </w:r>
      <w:proofErr w:type="spellEnd"/>
      <w:r>
        <w:t xml:space="preserve"> </w:t>
      </w:r>
      <w:proofErr w:type="spellStart"/>
      <w:r>
        <w:t>działalnością</w:t>
      </w:r>
      <w:proofErr w:type="spellEnd"/>
      <w:r>
        <w:t xml:space="preserve"> </w:t>
      </w:r>
      <w:proofErr w:type="spellStart"/>
      <w:r>
        <w:t>gospodarczą</w:t>
      </w:r>
      <w:proofErr w:type="spellEnd"/>
      <w:r>
        <w:t xml:space="preserve">, </w:t>
      </w:r>
      <w:proofErr w:type="spellStart"/>
      <w:r>
        <w:t>obsługiwanych</w:t>
      </w:r>
      <w:proofErr w:type="spellEnd"/>
      <w:r>
        <w:t xml:space="preserve"> w </w:t>
      </w:r>
      <w:proofErr w:type="spellStart"/>
      <w:r w:rsidR="00161D8E">
        <w:t>punktach</w:t>
      </w:r>
      <w:proofErr w:type="spellEnd"/>
      <w:r w:rsidR="00161D8E">
        <w:t xml:space="preserve"> </w:t>
      </w:r>
      <w:proofErr w:type="spellStart"/>
      <w:r w:rsidR="00161D8E">
        <w:t>sprzedaży</w:t>
      </w:r>
      <w:proofErr w:type="spellEnd"/>
      <w:r w:rsidR="00161D8E">
        <w:t xml:space="preserve"> REJS</w:t>
      </w:r>
      <w:r>
        <w:t>.</w:t>
      </w:r>
    </w:p>
    <w:p w14:paraId="750E560A" w14:textId="46338BA1" w:rsidR="00831389" w:rsidRDefault="00000000">
      <w:pPr>
        <w:ind w:left="312" w:hanging="255"/>
      </w:pPr>
      <w:r>
        <w:t xml:space="preserve">3.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obowiązuje</w:t>
      </w:r>
      <w:proofErr w:type="spellEnd"/>
      <w:r>
        <w:t xml:space="preserve"> od </w:t>
      </w:r>
      <w:r w:rsidR="0014701B">
        <w:t>1.0</w:t>
      </w:r>
      <w:r w:rsidR="00161D8E">
        <w:t>9</w:t>
      </w:r>
      <w:r w:rsidR="0014701B">
        <w:t>.2026 – 30.11.2026</w:t>
      </w:r>
    </w:p>
    <w:p w14:paraId="4207A303" w14:textId="77777777" w:rsidR="00831389" w:rsidRDefault="00000000">
      <w:pPr>
        <w:ind w:left="312" w:hanging="255"/>
      </w:pPr>
      <w:r>
        <w:t xml:space="preserve">4.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Promocji</w:t>
      </w:r>
      <w:proofErr w:type="spellEnd"/>
      <w:r>
        <w:t xml:space="preserve"> jest </w:t>
      </w:r>
      <w:proofErr w:type="spellStart"/>
      <w:r>
        <w:t>dobrowolny</w:t>
      </w:r>
      <w:proofErr w:type="spellEnd"/>
      <w:r>
        <w:t>.</w:t>
      </w:r>
    </w:p>
    <w:p w14:paraId="3A057ACA" w14:textId="4AD75D7D" w:rsidR="00831389" w:rsidRDefault="00000000">
      <w:pPr>
        <w:ind w:left="312" w:hanging="255"/>
      </w:pPr>
      <w:r>
        <w:t xml:space="preserve">5.  </w:t>
      </w:r>
      <w:proofErr w:type="spellStart"/>
      <w:r>
        <w:t>Nagroda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po </w:t>
      </w:r>
      <w:proofErr w:type="spellStart"/>
      <w:r>
        <w:t>spełnieniu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Regulaminie.</w:t>
      </w:r>
    </w:p>
    <w:p w14:paraId="7F4462E8" w14:textId="77777777" w:rsidR="00831389" w:rsidRDefault="00000000">
      <w:pPr>
        <w:pStyle w:val="Nagwek1"/>
      </w:pPr>
      <w:r>
        <w:t xml:space="preserve">§2.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Promocji</w:t>
      </w:r>
      <w:proofErr w:type="spellEnd"/>
    </w:p>
    <w:p w14:paraId="7D936214" w14:textId="77777777" w:rsidR="00831389" w:rsidRDefault="00000000">
      <w:pPr>
        <w:ind w:left="312" w:hanging="255"/>
      </w:pPr>
      <w:r>
        <w:t xml:space="preserve">1. </w:t>
      </w:r>
      <w:proofErr w:type="spellStart"/>
      <w:r>
        <w:t>Uczestnikiem</w:t>
      </w:r>
      <w:proofErr w:type="spellEnd"/>
      <w:r>
        <w:t xml:space="preserve">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przedsiębiorca</w:t>
      </w:r>
      <w:proofErr w:type="spellEnd"/>
      <w:r>
        <w:t xml:space="preserve"> </w:t>
      </w:r>
      <w:proofErr w:type="spellStart"/>
      <w:r>
        <w:t>będący</w:t>
      </w:r>
      <w:proofErr w:type="spellEnd"/>
      <w:r>
        <w:t xml:space="preserve"> </w:t>
      </w:r>
      <w:proofErr w:type="spellStart"/>
      <w:r>
        <w:t>nabywcą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Promocją</w:t>
      </w:r>
      <w:proofErr w:type="spellEnd"/>
      <w:r>
        <w:t xml:space="preserve">, </w:t>
      </w:r>
      <w:proofErr w:type="spellStart"/>
      <w:r>
        <w:t>wskazany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fakturze</w:t>
      </w:r>
      <w:proofErr w:type="spellEnd"/>
      <w:r>
        <w:t xml:space="preserve"> </w:t>
      </w:r>
      <w:proofErr w:type="spellStart"/>
      <w:r>
        <w:t>sprzedaży</w:t>
      </w:r>
      <w:proofErr w:type="spellEnd"/>
      <w:r>
        <w:t>.</w:t>
      </w:r>
    </w:p>
    <w:p w14:paraId="1A268697" w14:textId="77777777" w:rsidR="00831389" w:rsidRDefault="00000000">
      <w:pPr>
        <w:ind w:left="312" w:hanging="255"/>
      </w:pPr>
      <w:r>
        <w:t xml:space="preserve">2.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Nagrody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przedsiębiorcy</w:t>
      </w:r>
      <w:proofErr w:type="spellEnd"/>
      <w:r>
        <w:t xml:space="preserve"> po </w:t>
      </w:r>
      <w:proofErr w:type="spellStart"/>
      <w:r>
        <w:t>spełnieniu</w:t>
      </w:r>
      <w:proofErr w:type="spellEnd"/>
      <w:r>
        <w:t xml:space="preserve"> </w:t>
      </w:r>
      <w:proofErr w:type="spellStart"/>
      <w:r>
        <w:t>warunków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w Regulaminie.</w:t>
      </w:r>
    </w:p>
    <w:p w14:paraId="530602EE" w14:textId="77777777" w:rsidR="00831389" w:rsidRDefault="00000000">
      <w:pPr>
        <w:ind w:left="312" w:hanging="255"/>
      </w:pPr>
      <w:r>
        <w:t xml:space="preserve">3.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identyfikuje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nazwy</w:t>
      </w:r>
      <w:proofErr w:type="spellEnd"/>
      <w:r>
        <w:t xml:space="preserve"> </w:t>
      </w:r>
      <w:proofErr w:type="spellStart"/>
      <w:r>
        <w:t>przedsiębiorcy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sprzedaży</w:t>
      </w:r>
      <w:proofErr w:type="spellEnd"/>
      <w:r>
        <w:t>.</w:t>
      </w:r>
    </w:p>
    <w:p w14:paraId="28AB4785" w14:textId="77777777" w:rsidR="00831389" w:rsidRDefault="00000000">
      <w:pPr>
        <w:ind w:left="312" w:hanging="255"/>
      </w:pPr>
      <w:r>
        <w:t xml:space="preserve">4.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wymaga</w:t>
      </w:r>
      <w:proofErr w:type="spellEnd"/>
      <w:r>
        <w:t xml:space="preserve"> </w:t>
      </w:r>
      <w:proofErr w:type="spellStart"/>
      <w:r>
        <w:t>wskazania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fizycznej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ostatecznie</w:t>
      </w:r>
      <w:proofErr w:type="spellEnd"/>
      <w:r>
        <w:t xml:space="preserve"> </w:t>
      </w:r>
      <w:proofErr w:type="spellStart"/>
      <w:r>
        <w:t>korzystała</w:t>
      </w:r>
      <w:proofErr w:type="spellEnd"/>
      <w:r>
        <w:t xml:space="preserve"> z Karty Podarunkowej.</w:t>
      </w:r>
    </w:p>
    <w:p w14:paraId="4DE371BD" w14:textId="77777777" w:rsidR="00831389" w:rsidRDefault="00000000">
      <w:pPr>
        <w:ind w:left="312" w:hanging="255"/>
      </w:pPr>
      <w:r>
        <w:t xml:space="preserve">5. Po </w:t>
      </w:r>
      <w:proofErr w:type="spellStart"/>
      <w:r>
        <w:t>prawidłowym</w:t>
      </w:r>
      <w:proofErr w:type="spellEnd"/>
      <w:r>
        <w:t xml:space="preserve"> </w:t>
      </w:r>
      <w:proofErr w:type="spellStart"/>
      <w:r>
        <w:t>wydaniu</w:t>
      </w:r>
      <w:proofErr w:type="spellEnd"/>
      <w:r>
        <w:t xml:space="preserve"> Karty </w:t>
      </w:r>
      <w:proofErr w:type="spellStart"/>
      <w:r>
        <w:t>Uczestnikowi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kontroluje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dalszego</w:t>
      </w:r>
      <w:proofErr w:type="spellEnd"/>
      <w:r>
        <w:t xml:space="preserve"> </w:t>
      </w:r>
      <w:proofErr w:type="spellStart"/>
      <w:r>
        <w:t>wykorzystania</w:t>
      </w:r>
      <w:proofErr w:type="spellEnd"/>
      <w:r>
        <w:t>.</w:t>
      </w:r>
    </w:p>
    <w:p w14:paraId="298F30E2" w14:textId="77777777" w:rsidR="00831389" w:rsidRDefault="00000000">
      <w:pPr>
        <w:pStyle w:val="Nagwek1"/>
      </w:pPr>
      <w:r>
        <w:t xml:space="preserve">§3.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objęte</w:t>
      </w:r>
      <w:proofErr w:type="spellEnd"/>
      <w:r>
        <w:t xml:space="preserve"> </w:t>
      </w:r>
      <w:proofErr w:type="spellStart"/>
      <w:r>
        <w:t>Promocją</w:t>
      </w:r>
      <w:proofErr w:type="spellEnd"/>
    </w:p>
    <w:p w14:paraId="7553240B" w14:textId="77777777" w:rsidR="00831389" w:rsidRDefault="00000000">
      <w:pPr>
        <w:ind w:left="312" w:hanging="255"/>
      </w:pPr>
      <w:r>
        <w:t xml:space="preserve">1. </w:t>
      </w:r>
      <w:proofErr w:type="spellStart"/>
      <w:r>
        <w:t>Promocją</w:t>
      </w:r>
      <w:proofErr w:type="spellEnd"/>
      <w:r>
        <w:t xml:space="preserve"> </w:t>
      </w:r>
      <w:proofErr w:type="spellStart"/>
      <w:r>
        <w:t>objęte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produkty</w:t>
      </w:r>
      <w:proofErr w:type="spellEnd"/>
      <w:r>
        <w:t xml:space="preserve">,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indeksy</w:t>
      </w:r>
      <w:proofErr w:type="spellEnd"/>
      <w:r>
        <w:t xml:space="preserve"> </w:t>
      </w:r>
      <w:proofErr w:type="spellStart"/>
      <w:r>
        <w:t>zostały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w </w:t>
      </w:r>
      <w:proofErr w:type="spellStart"/>
      <w:r>
        <w:t>wykazie</w:t>
      </w:r>
      <w:proofErr w:type="spellEnd"/>
      <w:r>
        <w:t xml:space="preserve"> </w:t>
      </w:r>
      <w:proofErr w:type="spellStart"/>
      <w:r>
        <w:t>stanowiącym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nr 1 do </w:t>
      </w:r>
      <w:proofErr w:type="spellStart"/>
      <w:r>
        <w:t>niniejszego</w:t>
      </w:r>
      <w:proofErr w:type="spellEnd"/>
      <w:r>
        <w:t xml:space="preserve"> </w:t>
      </w:r>
      <w:proofErr w:type="spellStart"/>
      <w:r>
        <w:t>Regulaminu</w:t>
      </w:r>
      <w:proofErr w:type="spellEnd"/>
      <w:r>
        <w:t>.</w:t>
      </w:r>
    </w:p>
    <w:p w14:paraId="119AA0F3" w14:textId="77777777" w:rsidR="00831389" w:rsidRDefault="00000000">
      <w:pPr>
        <w:ind w:left="312" w:hanging="255"/>
      </w:pPr>
      <w:r>
        <w:t xml:space="preserve">2.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objęte</w:t>
      </w:r>
      <w:proofErr w:type="spellEnd"/>
      <w:r>
        <w:t xml:space="preserve"> </w:t>
      </w:r>
      <w:proofErr w:type="spellStart"/>
      <w:r>
        <w:t>Promocją</w:t>
      </w:r>
      <w:proofErr w:type="spellEnd"/>
      <w:r>
        <w:t xml:space="preserve"> </w:t>
      </w:r>
      <w:proofErr w:type="spellStart"/>
      <w:r>
        <w:t>należą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 xml:space="preserve"> do </w:t>
      </w:r>
      <w:proofErr w:type="spellStart"/>
      <w:r>
        <w:t>następujących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produktowych</w:t>
      </w:r>
      <w:proofErr w:type="spellEnd"/>
      <w:r>
        <w:t>:</w:t>
      </w:r>
    </w:p>
    <w:p w14:paraId="741D53EE" w14:textId="77777777" w:rsidR="00831389" w:rsidRDefault="00000000">
      <w:pPr>
        <w:pStyle w:val="Listapunktowana"/>
      </w:pPr>
      <w:r>
        <w:t xml:space="preserve">CARGA - ELEMENT, EVO, PURO </w:t>
      </w:r>
      <w:proofErr w:type="spellStart"/>
      <w:r>
        <w:t>oraz</w:t>
      </w:r>
      <w:proofErr w:type="spellEnd"/>
      <w:r>
        <w:t xml:space="preserve"> carga </w:t>
      </w:r>
      <w:proofErr w:type="spellStart"/>
      <w:r>
        <w:t>łazienkowe</w:t>
      </w:r>
      <w:proofErr w:type="spellEnd"/>
      <w:r>
        <w:t xml:space="preserve"> MULTI L-300;</w:t>
      </w:r>
    </w:p>
    <w:p w14:paraId="2429C082" w14:textId="77777777" w:rsidR="00831389" w:rsidRDefault="00000000">
      <w:pPr>
        <w:pStyle w:val="Listapunktowana"/>
      </w:pPr>
      <w:r>
        <w:t xml:space="preserve">NAROŻNIKI - </w:t>
      </w:r>
      <w:proofErr w:type="spellStart"/>
      <w:r>
        <w:t>Cornery</w:t>
      </w:r>
      <w:proofErr w:type="spellEnd"/>
      <w:r>
        <w:t xml:space="preserve"> EVO </w:t>
      </w:r>
      <w:proofErr w:type="spellStart"/>
      <w:r>
        <w:t>i</w:t>
      </w:r>
      <w:proofErr w:type="spellEnd"/>
      <w:r>
        <w:t xml:space="preserve"> PURO, Optima ERGO, NOMA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półki</w:t>
      </w:r>
      <w:proofErr w:type="spellEnd"/>
      <w:r>
        <w:t xml:space="preserve"> </w:t>
      </w:r>
      <w:proofErr w:type="spellStart"/>
      <w:r>
        <w:t>obrotowe</w:t>
      </w:r>
      <w:proofErr w:type="spellEnd"/>
      <w:r>
        <w:t xml:space="preserve"> ERGO;</w:t>
      </w:r>
    </w:p>
    <w:p w14:paraId="70CAF631" w14:textId="77777777" w:rsidR="00831389" w:rsidRDefault="00000000">
      <w:pPr>
        <w:pStyle w:val="Listapunktowana"/>
      </w:pPr>
      <w:r>
        <w:t xml:space="preserve">POJEMNIKI NA ODPADY - JC, PRAKTIKO </w:t>
      </w:r>
      <w:proofErr w:type="spellStart"/>
      <w:r>
        <w:t>i</w:t>
      </w:r>
      <w:proofErr w:type="spellEnd"/>
      <w:r>
        <w:t xml:space="preserve"> SEGREGO;</w:t>
      </w:r>
    </w:p>
    <w:p w14:paraId="3553B422" w14:textId="77777777" w:rsidR="00831389" w:rsidRDefault="00000000">
      <w:pPr>
        <w:pStyle w:val="Listapunktowana"/>
      </w:pPr>
      <w:r>
        <w:lastRenderedPageBreak/>
        <w:t xml:space="preserve">SZUFLADY GARDEROBIANE - PURO </w:t>
      </w:r>
      <w:proofErr w:type="spellStart"/>
      <w:r>
        <w:t>i</w:t>
      </w:r>
      <w:proofErr w:type="spellEnd"/>
      <w:r>
        <w:t xml:space="preserve"> VARIANT MULTI;</w:t>
      </w:r>
    </w:p>
    <w:p w14:paraId="6732396B" w14:textId="77777777" w:rsidR="00831389" w:rsidRDefault="00000000">
      <w:pPr>
        <w:pStyle w:val="Listapunktowana"/>
      </w:pPr>
      <w:r>
        <w:t xml:space="preserve">LISTWY MONTAŻOWE - </w:t>
      </w:r>
      <w:proofErr w:type="spellStart"/>
      <w:r>
        <w:t>indeksy</w:t>
      </w:r>
      <w:proofErr w:type="spellEnd"/>
      <w:r>
        <w:t xml:space="preserve"> </w:t>
      </w:r>
      <w:proofErr w:type="spellStart"/>
      <w:r>
        <w:t>wskazane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nr 1.</w:t>
      </w:r>
    </w:p>
    <w:p w14:paraId="0CD19923" w14:textId="77777777" w:rsidR="00831389" w:rsidRDefault="00000000">
      <w:pPr>
        <w:ind w:left="312" w:hanging="255"/>
      </w:pPr>
      <w:r>
        <w:t xml:space="preserve">3. </w:t>
      </w:r>
      <w:proofErr w:type="spellStart"/>
      <w:r>
        <w:t>Szczegółowy</w:t>
      </w:r>
      <w:proofErr w:type="spellEnd"/>
      <w:r>
        <w:t xml:space="preserve">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indeksów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biorących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w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nr 1 do </w:t>
      </w:r>
      <w:proofErr w:type="spellStart"/>
      <w:r>
        <w:t>Regulaminu</w:t>
      </w:r>
      <w:proofErr w:type="spellEnd"/>
      <w:r>
        <w:t>.</w:t>
      </w:r>
    </w:p>
    <w:p w14:paraId="5FEC9055" w14:textId="77777777" w:rsidR="00831389" w:rsidRDefault="00000000">
      <w:pPr>
        <w:ind w:left="312" w:hanging="255"/>
      </w:pPr>
      <w:r>
        <w:t xml:space="preserve">4. </w:t>
      </w:r>
      <w:proofErr w:type="spellStart"/>
      <w:r>
        <w:t>Warunkiem</w:t>
      </w:r>
      <w:proofErr w:type="spellEnd"/>
      <w:r>
        <w:t xml:space="preserve"> </w:t>
      </w:r>
      <w:proofErr w:type="spellStart"/>
      <w:r>
        <w:t>uwzględnienia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 </w:t>
      </w:r>
      <w:proofErr w:type="spellStart"/>
      <w:r>
        <w:t>przy</w:t>
      </w:r>
      <w:proofErr w:type="spellEnd"/>
      <w:r>
        <w:t xml:space="preserve"> </w:t>
      </w:r>
      <w:proofErr w:type="spellStart"/>
      <w:r>
        <w:t>obliczaniu</w:t>
      </w:r>
      <w:proofErr w:type="spellEnd"/>
      <w:r>
        <w:t xml:space="preserve"> </w:t>
      </w:r>
      <w:proofErr w:type="spellStart"/>
      <w:r>
        <w:t>wartości</w:t>
      </w:r>
      <w:proofErr w:type="spellEnd"/>
      <w:r>
        <w:t xml:space="preserve"> </w:t>
      </w:r>
      <w:proofErr w:type="spellStart"/>
      <w:r>
        <w:t>zakupów</w:t>
      </w:r>
      <w:proofErr w:type="spellEnd"/>
      <w:r>
        <w:t xml:space="preserve"> </w:t>
      </w:r>
      <w:proofErr w:type="spellStart"/>
      <w:r>
        <w:t>uprawniających</w:t>
      </w:r>
      <w:proofErr w:type="spellEnd"/>
      <w:r>
        <w:t xml:space="preserve"> do </w:t>
      </w:r>
      <w:proofErr w:type="spellStart"/>
      <w:r>
        <w:t>Nagrody</w:t>
      </w:r>
      <w:proofErr w:type="spellEnd"/>
      <w:r>
        <w:t xml:space="preserve"> jest </w:t>
      </w:r>
      <w:proofErr w:type="spellStart"/>
      <w:r>
        <w:t>znajdowanie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indeksu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nr 1.</w:t>
      </w:r>
    </w:p>
    <w:p w14:paraId="1169E4B3" w14:textId="77777777" w:rsidR="00831389" w:rsidRDefault="00000000">
      <w:pPr>
        <w:ind w:left="312" w:hanging="255"/>
      </w:pPr>
      <w:r>
        <w:t xml:space="preserve">5.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należące</w:t>
      </w:r>
      <w:proofErr w:type="spellEnd"/>
      <w:r>
        <w:t xml:space="preserve"> do </w:t>
      </w:r>
      <w:proofErr w:type="spellStart"/>
      <w:r>
        <w:t>wskazanych</w:t>
      </w:r>
      <w:proofErr w:type="spellEnd"/>
      <w:r>
        <w:t xml:space="preserve">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produktowych</w:t>
      </w:r>
      <w:proofErr w:type="spellEnd"/>
      <w:r>
        <w:t xml:space="preserve">, </w:t>
      </w:r>
      <w:proofErr w:type="spellStart"/>
      <w:r>
        <w:t>których</w:t>
      </w:r>
      <w:proofErr w:type="spellEnd"/>
      <w:r>
        <w:t xml:space="preserve"> </w:t>
      </w:r>
      <w:proofErr w:type="spellStart"/>
      <w:r>
        <w:t>indeksy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zostały</w:t>
      </w:r>
      <w:proofErr w:type="spellEnd"/>
      <w:r>
        <w:t xml:space="preserve"> </w:t>
      </w:r>
      <w:proofErr w:type="spellStart"/>
      <w:r>
        <w:t>wymienione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nr 1,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biorą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Promocji.</w:t>
      </w:r>
    </w:p>
    <w:p w14:paraId="26775602" w14:textId="77777777" w:rsidR="00831389" w:rsidRDefault="00000000">
      <w:pPr>
        <w:ind w:left="312" w:hanging="255"/>
      </w:pPr>
      <w:r>
        <w:t xml:space="preserve">6.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rozbieżności</w:t>
      </w:r>
      <w:proofErr w:type="spellEnd"/>
      <w:r>
        <w:t xml:space="preserve"> </w:t>
      </w:r>
      <w:proofErr w:type="spellStart"/>
      <w:r>
        <w:t>pomiędzy</w:t>
      </w:r>
      <w:proofErr w:type="spellEnd"/>
      <w:r>
        <w:t xml:space="preserve"> </w:t>
      </w:r>
      <w:proofErr w:type="spellStart"/>
      <w:r>
        <w:t>nazwą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,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przynależnością</w:t>
      </w:r>
      <w:proofErr w:type="spellEnd"/>
      <w:r>
        <w:t xml:space="preserve"> do </w:t>
      </w:r>
      <w:proofErr w:type="spellStart"/>
      <w:r>
        <w:t>grupy</w:t>
      </w:r>
      <w:proofErr w:type="spellEnd"/>
      <w:r>
        <w:t xml:space="preserve"> </w:t>
      </w:r>
      <w:proofErr w:type="spellStart"/>
      <w:r>
        <w:t>produktowej</w:t>
      </w:r>
      <w:proofErr w:type="spellEnd"/>
      <w:r>
        <w:t xml:space="preserve"> a </w:t>
      </w:r>
      <w:proofErr w:type="spellStart"/>
      <w:r>
        <w:t>wykazem</w:t>
      </w:r>
      <w:proofErr w:type="spellEnd"/>
      <w:r>
        <w:t xml:space="preserve"> </w:t>
      </w:r>
      <w:proofErr w:type="spellStart"/>
      <w:r>
        <w:t>indeksów</w:t>
      </w:r>
      <w:proofErr w:type="spellEnd"/>
      <w:r>
        <w:t xml:space="preserve">, </w:t>
      </w:r>
      <w:proofErr w:type="spellStart"/>
      <w:r>
        <w:t>decydujące</w:t>
      </w:r>
      <w:proofErr w:type="spellEnd"/>
      <w:r>
        <w:t xml:space="preserve"> </w:t>
      </w:r>
      <w:proofErr w:type="spellStart"/>
      <w:r>
        <w:t>znaczenie</w:t>
      </w:r>
      <w:proofErr w:type="spellEnd"/>
      <w:r>
        <w:t xml:space="preserve"> ma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 </w:t>
      </w:r>
      <w:proofErr w:type="spellStart"/>
      <w:r>
        <w:t>wskazany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nr 1.</w:t>
      </w:r>
    </w:p>
    <w:p w14:paraId="4B2B604B" w14:textId="77777777" w:rsidR="00831389" w:rsidRDefault="00000000">
      <w:pPr>
        <w:pStyle w:val="Nagwek1"/>
      </w:pPr>
      <w:r>
        <w:t xml:space="preserve">§4.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wyłączone</w:t>
      </w:r>
      <w:proofErr w:type="spellEnd"/>
      <w:r>
        <w:t xml:space="preserve"> z </w:t>
      </w:r>
      <w:proofErr w:type="spellStart"/>
      <w:r>
        <w:t>Promocji</w:t>
      </w:r>
      <w:proofErr w:type="spellEnd"/>
    </w:p>
    <w:p w14:paraId="5A1A07B8" w14:textId="77777777" w:rsidR="00831389" w:rsidRDefault="00000000">
      <w:pPr>
        <w:pStyle w:val="Listapunktowana"/>
      </w:pPr>
      <w:r>
        <w:t>CARGA - VARIANT MULTI;</w:t>
      </w:r>
    </w:p>
    <w:p w14:paraId="33A6FBF4" w14:textId="77777777" w:rsidR="00831389" w:rsidRDefault="00000000">
      <w:pPr>
        <w:pStyle w:val="Listapunktowana"/>
      </w:pPr>
      <w:r>
        <w:t xml:space="preserve">CARGA - </w:t>
      </w:r>
      <w:proofErr w:type="spellStart"/>
      <w:r>
        <w:t>linia</w:t>
      </w:r>
      <w:proofErr w:type="spellEnd"/>
      <w:r>
        <w:t xml:space="preserve"> CLASSIC;</w:t>
      </w:r>
    </w:p>
    <w:p w14:paraId="281C9EE0" w14:textId="77777777" w:rsidR="00831389" w:rsidRDefault="00000000">
      <w:pPr>
        <w:pStyle w:val="Listapunktowana"/>
      </w:pPr>
      <w:r>
        <w:t xml:space="preserve">NAROŻNIKI - </w:t>
      </w:r>
      <w:proofErr w:type="spellStart"/>
      <w:r>
        <w:t>linia</w:t>
      </w:r>
      <w:proofErr w:type="spellEnd"/>
      <w:r>
        <w:t xml:space="preserve"> CLASSIC;</w:t>
      </w:r>
    </w:p>
    <w:p w14:paraId="6D07CC0B" w14:textId="77777777" w:rsidR="00831389" w:rsidRDefault="00000000">
      <w:pPr>
        <w:pStyle w:val="Listapunktowana"/>
      </w:pPr>
      <w:r>
        <w:t xml:space="preserve">NAROŻNIKI - </w:t>
      </w:r>
      <w:proofErr w:type="spellStart"/>
      <w:r>
        <w:t>półki</w:t>
      </w:r>
      <w:proofErr w:type="spellEnd"/>
      <w:r>
        <w:t xml:space="preserve"> </w:t>
      </w:r>
      <w:proofErr w:type="spellStart"/>
      <w:r>
        <w:t>obrotowe</w:t>
      </w:r>
      <w:proofErr w:type="spellEnd"/>
      <w:r>
        <w:t xml:space="preserve"> NOVA;</w:t>
      </w:r>
    </w:p>
    <w:p w14:paraId="5F2BA593" w14:textId="77777777" w:rsidR="00831389" w:rsidRDefault="00000000">
      <w:pPr>
        <w:pStyle w:val="Listapunktowana"/>
      </w:pPr>
      <w:r>
        <w:t>SZUFLADY GARDEROBIANE - SIMPLA.</w:t>
      </w:r>
    </w:p>
    <w:p w14:paraId="287BE1AE" w14:textId="77777777" w:rsidR="00831389" w:rsidRDefault="00000000">
      <w:proofErr w:type="spellStart"/>
      <w:r>
        <w:t>Niezależnie</w:t>
      </w:r>
      <w:proofErr w:type="spellEnd"/>
      <w:r>
        <w:t xml:space="preserve"> od </w:t>
      </w:r>
      <w:proofErr w:type="spellStart"/>
      <w:r>
        <w:t>powyższego</w:t>
      </w:r>
      <w:proofErr w:type="spellEnd"/>
      <w:r>
        <w:t xml:space="preserve"> o </w:t>
      </w:r>
      <w:proofErr w:type="spellStart"/>
      <w:r>
        <w:t>udziale</w:t>
      </w:r>
      <w:proofErr w:type="spellEnd"/>
      <w:r>
        <w:t xml:space="preserve"> </w:t>
      </w:r>
      <w:proofErr w:type="spellStart"/>
      <w:r>
        <w:t>konkretnego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 xml:space="preserve"> w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rozstrzyga</w:t>
      </w:r>
      <w:proofErr w:type="spellEnd"/>
      <w:r>
        <w:t xml:space="preserve">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indeksów</w:t>
      </w:r>
      <w:proofErr w:type="spellEnd"/>
      <w:r>
        <w:t xml:space="preserve"> w </w:t>
      </w:r>
      <w:proofErr w:type="spellStart"/>
      <w:r>
        <w:t>Załączniku</w:t>
      </w:r>
      <w:proofErr w:type="spellEnd"/>
      <w:r>
        <w:t xml:space="preserve"> nr 1.</w:t>
      </w:r>
    </w:p>
    <w:p w14:paraId="338D8B8E" w14:textId="77777777" w:rsidR="00831389" w:rsidRDefault="00000000">
      <w:pPr>
        <w:pStyle w:val="Nagwek1"/>
      </w:pPr>
      <w:r>
        <w:t xml:space="preserve">§5. </w:t>
      </w:r>
      <w:proofErr w:type="spellStart"/>
      <w:r>
        <w:t>Progi</w:t>
      </w:r>
      <w:proofErr w:type="spellEnd"/>
      <w:r>
        <w:t xml:space="preserve"> </w:t>
      </w:r>
      <w:proofErr w:type="spellStart"/>
      <w:r>
        <w:t>zakupowe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Nagrody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3118"/>
      </w:tblGrid>
      <w:tr w:rsidR="00831389" w14:paraId="0B2F3355" w14:textId="77777777">
        <w:trPr>
          <w:tblHeader/>
          <w:jc w:val="center"/>
        </w:trPr>
        <w:tc>
          <w:tcPr>
            <w:tcW w:w="4819" w:type="dxa"/>
            <w:shd w:val="clear" w:color="auto" w:fill="1F4E79"/>
          </w:tcPr>
          <w:p w14:paraId="582F9B07" w14:textId="77777777" w:rsidR="00831389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Wartość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netto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produktów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promocyjnych</w:t>
            </w:r>
            <w:proofErr w:type="spellEnd"/>
          </w:p>
        </w:tc>
        <w:tc>
          <w:tcPr>
            <w:tcW w:w="3118" w:type="dxa"/>
            <w:shd w:val="clear" w:color="auto" w:fill="1F4E79"/>
          </w:tcPr>
          <w:p w14:paraId="355B5095" w14:textId="77777777" w:rsidR="00831389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Nagroda</w:t>
            </w:r>
            <w:proofErr w:type="spellEnd"/>
          </w:p>
        </w:tc>
      </w:tr>
      <w:tr w:rsidR="00831389" w14:paraId="5596B4A6" w14:textId="77777777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D0F722" w14:textId="77777777" w:rsidR="00831389" w:rsidRDefault="00000000">
            <w:pPr>
              <w:jc w:val="center"/>
            </w:pPr>
            <w:r>
              <w:t xml:space="preserve">od 1 000 </w:t>
            </w:r>
            <w:proofErr w:type="spellStart"/>
            <w:r>
              <w:t>zł</w:t>
            </w:r>
            <w:proofErr w:type="spellEnd"/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A5901E" w14:textId="00FB4A40" w:rsidR="00831389" w:rsidRDefault="00000000">
            <w:pPr>
              <w:jc w:val="center"/>
            </w:pPr>
            <w:r>
              <w:t xml:space="preserve">Karta </w:t>
            </w:r>
            <w:r w:rsidR="00161D8E">
              <w:t xml:space="preserve">ORLEN </w:t>
            </w:r>
            <w:r>
              <w:t xml:space="preserve">100 </w:t>
            </w:r>
            <w:proofErr w:type="spellStart"/>
            <w:r>
              <w:t>zł</w:t>
            </w:r>
            <w:proofErr w:type="spellEnd"/>
          </w:p>
        </w:tc>
      </w:tr>
      <w:tr w:rsidR="00831389" w14:paraId="321EFF88" w14:textId="77777777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D37C6" w14:textId="77777777" w:rsidR="00831389" w:rsidRDefault="00000000">
            <w:pPr>
              <w:jc w:val="center"/>
            </w:pPr>
            <w:r>
              <w:t xml:space="preserve">od 1 500 </w:t>
            </w:r>
            <w:proofErr w:type="spellStart"/>
            <w:r>
              <w:t>zł</w:t>
            </w:r>
            <w:proofErr w:type="spellEnd"/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7156E2" w14:textId="0D861B46" w:rsidR="00831389" w:rsidRDefault="00000000">
            <w:pPr>
              <w:jc w:val="center"/>
            </w:pPr>
            <w:r>
              <w:t xml:space="preserve">Karta </w:t>
            </w:r>
            <w:r w:rsidR="00161D8E">
              <w:t xml:space="preserve">ORLEN </w:t>
            </w:r>
            <w:r>
              <w:t xml:space="preserve">150 </w:t>
            </w:r>
            <w:proofErr w:type="spellStart"/>
            <w:r>
              <w:t>zł</w:t>
            </w:r>
            <w:proofErr w:type="spellEnd"/>
          </w:p>
        </w:tc>
      </w:tr>
      <w:tr w:rsidR="00831389" w14:paraId="28B76B43" w14:textId="77777777">
        <w:trPr>
          <w:jc w:val="center"/>
        </w:trPr>
        <w:tc>
          <w:tcPr>
            <w:tcW w:w="481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3DDFAB" w14:textId="77777777" w:rsidR="00831389" w:rsidRDefault="00000000">
            <w:pPr>
              <w:jc w:val="center"/>
            </w:pPr>
            <w:r>
              <w:t xml:space="preserve">od 2 000 </w:t>
            </w:r>
            <w:proofErr w:type="spellStart"/>
            <w:r>
              <w:t>zł</w:t>
            </w:r>
            <w:proofErr w:type="spellEnd"/>
          </w:p>
        </w:tc>
        <w:tc>
          <w:tcPr>
            <w:tcW w:w="311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BA8619" w14:textId="502E8D6B" w:rsidR="00831389" w:rsidRDefault="00000000">
            <w:pPr>
              <w:jc w:val="center"/>
            </w:pPr>
            <w:r>
              <w:t xml:space="preserve">Karta </w:t>
            </w:r>
            <w:r w:rsidR="00161D8E">
              <w:t xml:space="preserve">ORLEN </w:t>
            </w:r>
            <w:r>
              <w:t>250 zł</w:t>
            </w:r>
          </w:p>
        </w:tc>
      </w:tr>
    </w:tbl>
    <w:p w14:paraId="1F9ABEAF" w14:textId="77777777" w:rsidR="00831389" w:rsidRDefault="00831389"/>
    <w:p w14:paraId="0E921525" w14:textId="77777777" w:rsidR="00831389" w:rsidRDefault="00000000">
      <w:pPr>
        <w:ind w:left="312" w:hanging="255"/>
      </w:pPr>
      <w:r>
        <w:t xml:space="preserve">1. Do </w:t>
      </w:r>
      <w:proofErr w:type="spellStart"/>
      <w:r>
        <w:t>ustalenia</w:t>
      </w:r>
      <w:proofErr w:type="spellEnd"/>
      <w:r>
        <w:t xml:space="preserve"> </w:t>
      </w:r>
      <w:proofErr w:type="spellStart"/>
      <w:r>
        <w:t>progu</w:t>
      </w:r>
      <w:proofErr w:type="spellEnd"/>
      <w:r>
        <w:t xml:space="preserve"> </w:t>
      </w:r>
      <w:proofErr w:type="spellStart"/>
      <w:r>
        <w:t>uwzględniana</w:t>
      </w:r>
      <w:proofErr w:type="spellEnd"/>
      <w:r>
        <w:t xml:space="preserve"> jest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Promocją</w:t>
      </w:r>
      <w:proofErr w:type="spellEnd"/>
      <w:r>
        <w:t>.</w:t>
      </w:r>
    </w:p>
    <w:p w14:paraId="1541F08E" w14:textId="77777777" w:rsidR="00831389" w:rsidRDefault="00000000">
      <w:pPr>
        <w:ind w:left="312" w:hanging="255"/>
      </w:pPr>
      <w:r>
        <w:t xml:space="preserve">2. </w:t>
      </w:r>
      <w:proofErr w:type="spellStart"/>
      <w:r>
        <w:t>Produkty</w:t>
      </w:r>
      <w:proofErr w:type="spellEnd"/>
      <w:r>
        <w:t xml:space="preserve"> </w:t>
      </w:r>
      <w:proofErr w:type="spellStart"/>
      <w:r>
        <w:t>nieobjęte</w:t>
      </w:r>
      <w:proofErr w:type="spellEnd"/>
      <w:r>
        <w:t xml:space="preserve"> </w:t>
      </w:r>
      <w:proofErr w:type="spellStart"/>
      <w:r>
        <w:t>Promocją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zwiększają</w:t>
      </w:r>
      <w:proofErr w:type="spellEnd"/>
      <w:r>
        <w:t xml:space="preserve"> </w:t>
      </w:r>
      <w:proofErr w:type="spellStart"/>
      <w:r>
        <w:t>wartości</w:t>
      </w:r>
      <w:proofErr w:type="spellEnd"/>
      <w:r>
        <w:t xml:space="preserve"> </w:t>
      </w:r>
      <w:proofErr w:type="spellStart"/>
      <w:r>
        <w:t>zakupów</w:t>
      </w:r>
      <w:proofErr w:type="spellEnd"/>
      <w:r>
        <w:t xml:space="preserve"> </w:t>
      </w:r>
      <w:proofErr w:type="spellStart"/>
      <w:r>
        <w:t>kwalifikujących</w:t>
      </w:r>
      <w:proofErr w:type="spellEnd"/>
      <w:r>
        <w:t xml:space="preserve"> do </w:t>
      </w:r>
      <w:proofErr w:type="spellStart"/>
      <w:r>
        <w:t>Nagrody</w:t>
      </w:r>
      <w:proofErr w:type="spellEnd"/>
      <w:r>
        <w:t>.</w:t>
      </w:r>
    </w:p>
    <w:p w14:paraId="1DB62F56" w14:textId="77777777" w:rsidR="00831389" w:rsidRDefault="00000000">
      <w:pPr>
        <w:ind w:left="312" w:hanging="255"/>
      </w:pPr>
      <w:r>
        <w:t xml:space="preserve">3. </w:t>
      </w:r>
      <w:proofErr w:type="spellStart"/>
      <w:r>
        <w:t>Dla</w:t>
      </w:r>
      <w:proofErr w:type="spellEnd"/>
      <w:r>
        <w:t xml:space="preserve"> </w:t>
      </w:r>
      <w:proofErr w:type="spellStart"/>
      <w:r>
        <w:t>każdej</w:t>
      </w:r>
      <w:proofErr w:type="spellEnd"/>
      <w:r>
        <w:t xml:space="preserve"> </w:t>
      </w:r>
      <w:proofErr w:type="spellStart"/>
      <w:r>
        <w:t>faktury</w:t>
      </w:r>
      <w:proofErr w:type="spellEnd"/>
      <w:r>
        <w:t xml:space="preserve"> </w:t>
      </w:r>
      <w:proofErr w:type="spellStart"/>
      <w:r>
        <w:t>spełniającej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otrzymuje</w:t>
      </w:r>
      <w:proofErr w:type="spellEnd"/>
      <w:r>
        <w:t xml:space="preserve"> </w:t>
      </w:r>
      <w:proofErr w:type="spellStart"/>
      <w:r>
        <w:t>jedną</w:t>
      </w:r>
      <w:proofErr w:type="spellEnd"/>
      <w:r>
        <w:t xml:space="preserve"> </w:t>
      </w:r>
      <w:proofErr w:type="spellStart"/>
      <w:r>
        <w:t>Nagrodę</w:t>
      </w:r>
      <w:proofErr w:type="spellEnd"/>
      <w:r>
        <w:t xml:space="preserve"> </w:t>
      </w:r>
      <w:proofErr w:type="spellStart"/>
      <w:r>
        <w:t>odpowiadającą</w:t>
      </w:r>
      <w:proofErr w:type="spellEnd"/>
      <w:r>
        <w:t xml:space="preserve"> </w:t>
      </w:r>
      <w:proofErr w:type="spellStart"/>
      <w:r>
        <w:t>najwyższemu</w:t>
      </w:r>
      <w:proofErr w:type="spellEnd"/>
      <w:r>
        <w:t xml:space="preserve"> </w:t>
      </w:r>
      <w:proofErr w:type="spellStart"/>
      <w:r>
        <w:t>progowi</w:t>
      </w:r>
      <w:proofErr w:type="spellEnd"/>
      <w:r>
        <w:t xml:space="preserve"> </w:t>
      </w:r>
      <w:proofErr w:type="spellStart"/>
      <w:r>
        <w:t>osiągniętemu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tej</w:t>
      </w:r>
      <w:proofErr w:type="spellEnd"/>
      <w:r>
        <w:t xml:space="preserve"> </w:t>
      </w:r>
      <w:proofErr w:type="spellStart"/>
      <w:r>
        <w:t>fakturze</w:t>
      </w:r>
      <w:proofErr w:type="spellEnd"/>
      <w:r>
        <w:t>.</w:t>
      </w:r>
    </w:p>
    <w:p w14:paraId="7142AF1C" w14:textId="77777777" w:rsidR="00831389" w:rsidRDefault="00000000">
      <w:pPr>
        <w:ind w:left="312" w:hanging="255"/>
      </w:pPr>
      <w:r>
        <w:t xml:space="preserve">4.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faktury</w:t>
      </w:r>
      <w:proofErr w:type="spellEnd"/>
      <w:r>
        <w:t xml:space="preserve"> </w:t>
      </w:r>
      <w:proofErr w:type="spellStart"/>
      <w:r>
        <w:t>Nagrody</w:t>
      </w:r>
      <w:proofErr w:type="spellEnd"/>
      <w:r>
        <w:t xml:space="preserve"> z </w:t>
      </w:r>
      <w:proofErr w:type="spellStart"/>
      <w:r>
        <w:t>poszczególnych</w:t>
      </w:r>
      <w:proofErr w:type="spellEnd"/>
      <w:r>
        <w:t xml:space="preserve"> </w:t>
      </w:r>
      <w:proofErr w:type="spellStart"/>
      <w:r>
        <w:t>progów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sumują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>.</w:t>
      </w:r>
    </w:p>
    <w:p w14:paraId="2644C035" w14:textId="77777777" w:rsidR="00831389" w:rsidRDefault="00000000">
      <w:pPr>
        <w:ind w:left="312" w:hanging="255"/>
      </w:pPr>
      <w:r>
        <w:t xml:space="preserve">5. </w:t>
      </w:r>
      <w:proofErr w:type="spellStart"/>
      <w:r>
        <w:t>Próg</w:t>
      </w:r>
      <w:proofErr w:type="spellEnd"/>
      <w:r>
        <w:t xml:space="preserve"> </w:t>
      </w:r>
      <w:proofErr w:type="spellStart"/>
      <w:r>
        <w:t>zakupowy</w:t>
      </w:r>
      <w:proofErr w:type="spellEnd"/>
      <w:r>
        <w:t xml:space="preserve"> </w:t>
      </w:r>
      <w:proofErr w:type="spellStart"/>
      <w:r>
        <w:t>ustala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jednej</w:t>
      </w:r>
      <w:proofErr w:type="spellEnd"/>
      <w:r>
        <w:t xml:space="preserve"> </w:t>
      </w:r>
      <w:proofErr w:type="spellStart"/>
      <w:r>
        <w:t>faktury</w:t>
      </w:r>
      <w:proofErr w:type="spellEnd"/>
      <w:r>
        <w:t xml:space="preserve">. </w:t>
      </w:r>
      <w:proofErr w:type="spellStart"/>
      <w:r>
        <w:t>Wartości</w:t>
      </w:r>
      <w:proofErr w:type="spellEnd"/>
      <w:r>
        <w:t xml:space="preserve"> </w:t>
      </w:r>
      <w:proofErr w:type="spellStart"/>
      <w:r>
        <w:t>zakupów</w:t>
      </w:r>
      <w:proofErr w:type="spellEnd"/>
      <w:r>
        <w:t xml:space="preserve"> z </w:t>
      </w:r>
      <w:proofErr w:type="spellStart"/>
      <w:r>
        <w:t>kilku</w:t>
      </w:r>
      <w:proofErr w:type="spellEnd"/>
      <w:r>
        <w:t xml:space="preserve"> </w:t>
      </w:r>
      <w:proofErr w:type="spellStart"/>
      <w:r>
        <w:t>faktur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sumują</w:t>
      </w:r>
      <w:proofErr w:type="spellEnd"/>
      <w:r>
        <w:t xml:space="preserve"> </w:t>
      </w:r>
      <w:proofErr w:type="spellStart"/>
      <w:r>
        <w:t>się</w:t>
      </w:r>
      <w:proofErr w:type="spellEnd"/>
      <w:r>
        <w:t>.</w:t>
      </w:r>
    </w:p>
    <w:p w14:paraId="368E6E9F" w14:textId="77777777" w:rsidR="00831389" w:rsidRDefault="00000000">
      <w:r>
        <w:t xml:space="preserve">6.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skorzystać</w:t>
      </w:r>
      <w:proofErr w:type="spellEnd"/>
      <w:r>
        <w:t xml:space="preserve"> z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wielokrotnie</w:t>
      </w:r>
      <w:proofErr w:type="spellEnd"/>
      <w:r>
        <w:t xml:space="preserve"> w </w:t>
      </w:r>
      <w:proofErr w:type="spellStart"/>
      <w:r>
        <w:t>okresie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obowiązywania</w:t>
      </w:r>
      <w:proofErr w:type="spellEnd"/>
      <w:r>
        <w:t xml:space="preserve">. </w:t>
      </w:r>
      <w:proofErr w:type="spellStart"/>
      <w:r>
        <w:t>Każda</w:t>
      </w:r>
      <w:proofErr w:type="spellEnd"/>
      <w:r>
        <w:t xml:space="preserve"> </w:t>
      </w:r>
      <w:proofErr w:type="spellStart"/>
      <w:r>
        <w:t>kolejna</w:t>
      </w:r>
      <w:proofErr w:type="spellEnd"/>
      <w:r>
        <w:t xml:space="preserve"> faktura,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samodzielnie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odpowiedniego</w:t>
      </w:r>
      <w:proofErr w:type="spellEnd"/>
      <w:r>
        <w:t xml:space="preserve"> </w:t>
      </w:r>
      <w:proofErr w:type="spellStart"/>
      <w:r>
        <w:t>progu</w:t>
      </w:r>
      <w:proofErr w:type="spellEnd"/>
      <w:r>
        <w:t xml:space="preserve">, </w:t>
      </w:r>
      <w:proofErr w:type="spellStart"/>
      <w:r>
        <w:t>uprawnia</w:t>
      </w:r>
      <w:proofErr w:type="spellEnd"/>
      <w:r>
        <w:t xml:space="preserve"> do </w:t>
      </w:r>
      <w:proofErr w:type="spellStart"/>
      <w:r>
        <w:t>otrzymania</w:t>
      </w:r>
      <w:proofErr w:type="spellEnd"/>
      <w:r>
        <w:t xml:space="preserve"> </w:t>
      </w:r>
      <w:proofErr w:type="spellStart"/>
      <w:r>
        <w:t>kolejnej</w:t>
      </w:r>
      <w:proofErr w:type="spellEnd"/>
      <w:r>
        <w:t xml:space="preserve"> </w:t>
      </w:r>
      <w:proofErr w:type="spellStart"/>
      <w:r>
        <w:t>Nagrody</w:t>
      </w:r>
      <w:proofErr w:type="spellEnd"/>
      <w:r>
        <w:t>.</w:t>
      </w:r>
    </w:p>
    <w:p w14:paraId="11369A8A" w14:textId="77777777" w:rsidR="00831389" w:rsidRDefault="00000000">
      <w:r>
        <w:t xml:space="preserve">7. Ta </w:t>
      </w:r>
      <w:proofErr w:type="spellStart"/>
      <w:r>
        <w:t>sama</w:t>
      </w:r>
      <w:proofErr w:type="spellEnd"/>
      <w:r>
        <w:t xml:space="preserve"> faktura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wykorzystana</w:t>
      </w:r>
      <w:proofErr w:type="spellEnd"/>
      <w:r>
        <w:t xml:space="preserve"> do </w:t>
      </w:r>
      <w:proofErr w:type="spellStart"/>
      <w:r>
        <w:t>przyznania</w:t>
      </w:r>
      <w:proofErr w:type="spellEnd"/>
      <w:r>
        <w:t xml:space="preserve"> </w:t>
      </w:r>
      <w:proofErr w:type="spellStart"/>
      <w:r>
        <w:t>Nagrody</w:t>
      </w:r>
      <w:proofErr w:type="spellEnd"/>
      <w:r>
        <w:t xml:space="preserve"> </w:t>
      </w:r>
      <w:proofErr w:type="spellStart"/>
      <w:r>
        <w:t>tylko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raz</w:t>
      </w:r>
      <w:proofErr w:type="spellEnd"/>
      <w:r>
        <w:t>.</w:t>
      </w:r>
    </w:p>
    <w:p w14:paraId="76D34C43" w14:textId="77777777" w:rsidR="00831389" w:rsidRDefault="00000000">
      <w:pPr>
        <w:pStyle w:val="Nagwek1"/>
      </w:pPr>
      <w:r>
        <w:t xml:space="preserve">§6. </w:t>
      </w:r>
      <w:proofErr w:type="spellStart"/>
      <w:r>
        <w:t>Przyznanie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wydanie</w:t>
      </w:r>
      <w:proofErr w:type="spellEnd"/>
      <w:r>
        <w:t xml:space="preserve"> </w:t>
      </w:r>
      <w:proofErr w:type="spellStart"/>
      <w:r>
        <w:t>Nagrody</w:t>
      </w:r>
      <w:proofErr w:type="spellEnd"/>
    </w:p>
    <w:p w14:paraId="2321A605" w14:textId="77777777" w:rsidR="00831389" w:rsidRDefault="00000000">
      <w:pPr>
        <w:ind w:left="312" w:hanging="255"/>
      </w:pPr>
      <w:r>
        <w:t xml:space="preserve">1. </w:t>
      </w:r>
      <w:proofErr w:type="spellStart"/>
      <w:r>
        <w:t>Podstawą</w:t>
      </w:r>
      <w:proofErr w:type="spellEnd"/>
      <w:r>
        <w:t xml:space="preserve"> </w:t>
      </w:r>
      <w:proofErr w:type="spellStart"/>
      <w:r>
        <w:t>przyznania</w:t>
      </w:r>
      <w:proofErr w:type="spellEnd"/>
      <w:r>
        <w:t xml:space="preserve"> </w:t>
      </w:r>
      <w:proofErr w:type="spellStart"/>
      <w:r>
        <w:t>każdej</w:t>
      </w:r>
      <w:proofErr w:type="spellEnd"/>
      <w:r>
        <w:t xml:space="preserve"> </w:t>
      </w:r>
      <w:proofErr w:type="spellStart"/>
      <w:r>
        <w:t>Nagrody</w:t>
      </w:r>
      <w:proofErr w:type="spellEnd"/>
      <w:r>
        <w:t xml:space="preserve"> jest </w:t>
      </w:r>
      <w:proofErr w:type="spellStart"/>
      <w:r>
        <w:t>odrębna</w:t>
      </w:r>
      <w:proofErr w:type="spellEnd"/>
      <w:r>
        <w:t xml:space="preserve"> faktura </w:t>
      </w:r>
      <w:proofErr w:type="spellStart"/>
      <w:r>
        <w:t>dokumentująca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Promocją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samodzielnie</w:t>
      </w:r>
      <w:proofErr w:type="spellEnd"/>
      <w:r>
        <w:t xml:space="preserve"> </w:t>
      </w:r>
      <w:proofErr w:type="spellStart"/>
      <w:r>
        <w:t>spełniająca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odpowiedniego</w:t>
      </w:r>
      <w:proofErr w:type="spellEnd"/>
      <w:r>
        <w:t xml:space="preserve"> </w:t>
      </w:r>
      <w:proofErr w:type="spellStart"/>
      <w:r>
        <w:t>progu</w:t>
      </w:r>
      <w:proofErr w:type="spellEnd"/>
      <w:r>
        <w:t>.</w:t>
      </w:r>
    </w:p>
    <w:p w14:paraId="5CEAD512" w14:textId="77777777" w:rsidR="00831389" w:rsidRDefault="00000000">
      <w:pPr>
        <w:ind w:left="312" w:hanging="255"/>
      </w:pPr>
      <w:r>
        <w:lastRenderedPageBreak/>
        <w:t xml:space="preserve">2.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weryfikuje</w:t>
      </w:r>
      <w:proofErr w:type="spellEnd"/>
      <w:r>
        <w:t xml:space="preserve"> </w:t>
      </w:r>
      <w:proofErr w:type="spellStart"/>
      <w:r>
        <w:t>nazwę</w:t>
      </w:r>
      <w:proofErr w:type="spellEnd"/>
      <w:r>
        <w:t xml:space="preserve"> </w:t>
      </w:r>
      <w:proofErr w:type="spellStart"/>
      <w:r>
        <w:t>firmy</w:t>
      </w:r>
      <w:proofErr w:type="spellEnd"/>
      <w:r>
        <w:t xml:space="preserve">, </w:t>
      </w:r>
      <w:proofErr w:type="spellStart"/>
      <w:r>
        <w:t>numer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datę</w:t>
      </w:r>
      <w:proofErr w:type="spellEnd"/>
      <w:r>
        <w:t xml:space="preserve"> </w:t>
      </w:r>
      <w:proofErr w:type="spellStart"/>
      <w:r>
        <w:t>faktury</w:t>
      </w:r>
      <w:proofErr w:type="spellEnd"/>
      <w:r>
        <w:t xml:space="preserve">,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netto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promocyjnych</w:t>
      </w:r>
      <w:proofErr w:type="spellEnd"/>
      <w:r>
        <w:t xml:space="preserve">, </w:t>
      </w:r>
      <w:proofErr w:type="spellStart"/>
      <w:r>
        <w:t>osiągnięty</w:t>
      </w:r>
      <w:proofErr w:type="spellEnd"/>
      <w:r>
        <w:t xml:space="preserve"> </w:t>
      </w:r>
      <w:proofErr w:type="spellStart"/>
      <w:r>
        <w:t>próg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należnej</w:t>
      </w:r>
      <w:proofErr w:type="spellEnd"/>
      <w:r>
        <w:t xml:space="preserve"> Karty.</w:t>
      </w:r>
    </w:p>
    <w:p w14:paraId="37FD09C7" w14:textId="77777777" w:rsidR="00831389" w:rsidRDefault="00000000">
      <w:pPr>
        <w:ind w:left="312" w:hanging="255"/>
      </w:pPr>
      <w:r>
        <w:t xml:space="preserve">3. </w:t>
      </w:r>
      <w:proofErr w:type="spellStart"/>
      <w:r>
        <w:t>Każda</w:t>
      </w:r>
      <w:proofErr w:type="spellEnd"/>
      <w:r>
        <w:t xml:space="preserve"> </w:t>
      </w:r>
      <w:proofErr w:type="spellStart"/>
      <w:r>
        <w:t>wydana</w:t>
      </w:r>
      <w:proofErr w:type="spellEnd"/>
      <w:r>
        <w:t xml:space="preserve"> Karta jest </w:t>
      </w:r>
      <w:proofErr w:type="spellStart"/>
      <w:r>
        <w:t>ujmowana</w:t>
      </w:r>
      <w:proofErr w:type="spellEnd"/>
      <w:r>
        <w:t xml:space="preserve"> w </w:t>
      </w:r>
      <w:proofErr w:type="spellStart"/>
      <w:r>
        <w:t>wewnętrznej</w:t>
      </w:r>
      <w:proofErr w:type="spellEnd"/>
      <w:r>
        <w:t xml:space="preserve"> </w:t>
      </w:r>
      <w:proofErr w:type="spellStart"/>
      <w:r>
        <w:t>ewidencji</w:t>
      </w:r>
      <w:proofErr w:type="spellEnd"/>
      <w:r>
        <w:t xml:space="preserve"> </w:t>
      </w:r>
      <w:proofErr w:type="spellStart"/>
      <w:r>
        <w:t>wydawania</w:t>
      </w:r>
      <w:proofErr w:type="spellEnd"/>
      <w:r>
        <w:t xml:space="preserve"> kart </w:t>
      </w:r>
      <w:proofErr w:type="spellStart"/>
      <w:r>
        <w:t>podarunkowych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>.</w:t>
      </w:r>
    </w:p>
    <w:p w14:paraId="016CE2E6" w14:textId="77777777" w:rsidR="00831389" w:rsidRDefault="00000000">
      <w:pPr>
        <w:ind w:left="312" w:hanging="255"/>
      </w:pPr>
      <w:r>
        <w:t xml:space="preserve">4. W </w:t>
      </w:r>
      <w:proofErr w:type="spellStart"/>
      <w:r>
        <w:t>ewidencji</w:t>
      </w:r>
      <w:proofErr w:type="spellEnd"/>
      <w:r>
        <w:t xml:space="preserve"> </w:t>
      </w:r>
      <w:proofErr w:type="spellStart"/>
      <w:r>
        <w:t>obowiązkowo</w:t>
      </w:r>
      <w:proofErr w:type="spellEnd"/>
      <w:r>
        <w:t xml:space="preserve"> </w:t>
      </w:r>
      <w:proofErr w:type="spellStart"/>
      <w:r>
        <w:t>wskazuje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numer</w:t>
      </w:r>
      <w:proofErr w:type="spellEnd"/>
      <w:r>
        <w:t xml:space="preserve"> / </w:t>
      </w:r>
      <w:proofErr w:type="spellStart"/>
      <w:r>
        <w:t>identyfikator</w:t>
      </w:r>
      <w:proofErr w:type="spellEnd"/>
      <w:r>
        <w:t xml:space="preserve"> </w:t>
      </w:r>
      <w:proofErr w:type="spellStart"/>
      <w:r>
        <w:t>wydanej</w:t>
      </w:r>
      <w:proofErr w:type="spellEnd"/>
      <w:r>
        <w:t xml:space="preserve"> Karty.</w:t>
      </w:r>
    </w:p>
    <w:p w14:paraId="49494F98" w14:textId="77777777" w:rsidR="00831389" w:rsidRDefault="00000000">
      <w:pPr>
        <w:ind w:left="312" w:hanging="255"/>
      </w:pPr>
      <w:r>
        <w:t xml:space="preserve">5. </w:t>
      </w:r>
      <w:proofErr w:type="spellStart"/>
      <w:r>
        <w:t>Odbiór</w:t>
      </w:r>
      <w:proofErr w:type="spellEnd"/>
      <w:r>
        <w:t xml:space="preserve"> Karty </w:t>
      </w:r>
      <w:proofErr w:type="spellStart"/>
      <w:r>
        <w:t>wydawanej</w:t>
      </w:r>
      <w:proofErr w:type="spellEnd"/>
      <w:r>
        <w:t xml:space="preserve"> </w:t>
      </w:r>
      <w:proofErr w:type="spellStart"/>
      <w:r>
        <w:t>osobiście</w:t>
      </w:r>
      <w:proofErr w:type="spellEnd"/>
      <w:r>
        <w:t xml:space="preserve"> jest </w:t>
      </w:r>
      <w:proofErr w:type="spellStart"/>
      <w:r>
        <w:t>potwierdzany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odbierającej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w </w:t>
      </w:r>
      <w:proofErr w:type="spellStart"/>
      <w:r>
        <w:t>imieniu</w:t>
      </w:r>
      <w:proofErr w:type="spellEnd"/>
      <w:r>
        <w:t xml:space="preserve"> </w:t>
      </w:r>
      <w:proofErr w:type="spellStart"/>
      <w:r>
        <w:t>Uczestnika</w:t>
      </w:r>
      <w:proofErr w:type="spellEnd"/>
      <w:r>
        <w:t xml:space="preserve">.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przekazania</w:t>
      </w:r>
      <w:proofErr w:type="spellEnd"/>
      <w:r>
        <w:t xml:space="preserve"> Karty w </w:t>
      </w:r>
      <w:proofErr w:type="spellStart"/>
      <w:r>
        <w:t>formie</w:t>
      </w:r>
      <w:proofErr w:type="spellEnd"/>
      <w:r>
        <w:t xml:space="preserve"> </w:t>
      </w:r>
      <w:proofErr w:type="spellStart"/>
      <w:r>
        <w:t>elektronicznej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przesyłką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zachowuje</w:t>
      </w:r>
      <w:proofErr w:type="spellEnd"/>
      <w:r>
        <w:t xml:space="preserve"> </w:t>
      </w:r>
      <w:proofErr w:type="spellStart"/>
      <w:r>
        <w:t>dowód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przekazania</w:t>
      </w:r>
      <w:proofErr w:type="spellEnd"/>
      <w:r>
        <w:t>.</w:t>
      </w:r>
    </w:p>
    <w:p w14:paraId="5E130633" w14:textId="77777777" w:rsidR="00831389" w:rsidRDefault="00000000">
      <w:pPr>
        <w:pStyle w:val="Nagwek1"/>
      </w:pPr>
      <w:r>
        <w:t xml:space="preserve">§7. </w:t>
      </w:r>
      <w:proofErr w:type="spellStart"/>
      <w:r>
        <w:t>Wykorzystanie</w:t>
      </w:r>
      <w:proofErr w:type="spellEnd"/>
      <w:r>
        <w:t xml:space="preserve"> Karty</w:t>
      </w:r>
    </w:p>
    <w:p w14:paraId="1AE1CD90" w14:textId="26AD8D9D" w:rsidR="00831389" w:rsidRDefault="00000000">
      <w:pPr>
        <w:ind w:left="312" w:hanging="255"/>
      </w:pPr>
      <w:r>
        <w:t xml:space="preserve">1. Karta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podlega</w:t>
      </w:r>
      <w:proofErr w:type="spellEnd"/>
      <w:r>
        <w:t xml:space="preserve"> </w:t>
      </w:r>
      <w:proofErr w:type="spellStart"/>
      <w:r>
        <w:t>wymianie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r w:rsidR="00714E62">
        <w:t xml:space="preserve">ani </w:t>
      </w:r>
      <w:proofErr w:type="spellStart"/>
      <w:r w:rsidR="00714E62">
        <w:t>Eminenta</w:t>
      </w:r>
      <w:proofErr w:type="spellEnd"/>
      <w:r w:rsidR="00714E62"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gotówkę</w:t>
      </w:r>
      <w:proofErr w:type="spellEnd"/>
      <w:r>
        <w:t>.</w:t>
      </w:r>
    </w:p>
    <w:p w14:paraId="6397CA87" w14:textId="61526B33" w:rsidR="00831389" w:rsidRDefault="00000000">
      <w:pPr>
        <w:ind w:left="312" w:hanging="255"/>
      </w:pPr>
      <w:r>
        <w:t xml:space="preserve">2.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wykorzystania</w:t>
      </w:r>
      <w:proofErr w:type="spellEnd"/>
      <w:r>
        <w:t xml:space="preserve"> Karty,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termin</w:t>
      </w:r>
      <w:proofErr w:type="spellEnd"/>
      <w:r>
        <w:t xml:space="preserve"> </w:t>
      </w:r>
      <w:proofErr w:type="spellStart"/>
      <w:r>
        <w:t>ważności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miejsca</w:t>
      </w:r>
      <w:proofErr w:type="spellEnd"/>
      <w:r>
        <w:t xml:space="preserve"> </w:t>
      </w:r>
      <w:proofErr w:type="spellStart"/>
      <w:r>
        <w:t>akceptacji</w:t>
      </w:r>
      <w:proofErr w:type="spellEnd"/>
      <w:r>
        <w:t xml:space="preserve">, </w:t>
      </w:r>
      <w:proofErr w:type="spellStart"/>
      <w:r>
        <w:t>określa</w:t>
      </w:r>
      <w:proofErr w:type="spellEnd"/>
      <w:r>
        <w:t xml:space="preserve"> </w:t>
      </w:r>
      <w:proofErr w:type="spellStart"/>
      <w:r>
        <w:t>emitent</w:t>
      </w:r>
      <w:proofErr w:type="spellEnd"/>
      <w:r>
        <w:t xml:space="preserve"> Karty</w:t>
      </w:r>
      <w:r w:rsidR="00714E62">
        <w:t xml:space="preserve"> (ORLEN)</w:t>
      </w:r>
      <w:r>
        <w:t>.</w:t>
      </w:r>
    </w:p>
    <w:p w14:paraId="5141863E" w14:textId="77777777" w:rsidR="00831389" w:rsidRDefault="00000000">
      <w:pPr>
        <w:ind w:left="312" w:hanging="255"/>
      </w:pPr>
      <w:r>
        <w:t xml:space="preserve">3. Po </w:t>
      </w:r>
      <w:proofErr w:type="spellStart"/>
      <w:r>
        <w:t>prawidłowym</w:t>
      </w:r>
      <w:proofErr w:type="spellEnd"/>
      <w:r>
        <w:t xml:space="preserve"> </w:t>
      </w:r>
      <w:proofErr w:type="spellStart"/>
      <w:r>
        <w:t>przekazaniu</w:t>
      </w:r>
      <w:proofErr w:type="spellEnd"/>
      <w:r>
        <w:t xml:space="preserve"> Karty </w:t>
      </w:r>
      <w:proofErr w:type="spellStart"/>
      <w:r>
        <w:t>Uczestnikowi</w:t>
      </w:r>
      <w:proofErr w:type="spellEnd"/>
      <w:r>
        <w:t xml:space="preserve">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kontroluje</w:t>
      </w:r>
      <w:proofErr w:type="spellEnd"/>
      <w:r>
        <w:t xml:space="preserve">, </w:t>
      </w:r>
      <w:proofErr w:type="spellStart"/>
      <w:r>
        <w:t>komu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przekaże</w:t>
      </w:r>
      <w:proofErr w:type="spellEnd"/>
      <w:r>
        <w:t xml:space="preserve"> ani </w:t>
      </w:r>
      <w:proofErr w:type="spellStart"/>
      <w:r>
        <w:t>kto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faktycznym</w:t>
      </w:r>
      <w:proofErr w:type="spellEnd"/>
      <w:r>
        <w:t xml:space="preserve"> </w:t>
      </w:r>
      <w:proofErr w:type="spellStart"/>
      <w:r>
        <w:t>użytkownikiem</w:t>
      </w:r>
      <w:proofErr w:type="spellEnd"/>
      <w:r>
        <w:t>.</w:t>
      </w:r>
    </w:p>
    <w:p w14:paraId="59C7D343" w14:textId="77777777" w:rsidR="00831389" w:rsidRDefault="00000000">
      <w:pPr>
        <w:ind w:left="312" w:hanging="255"/>
      </w:pPr>
      <w:r>
        <w:t xml:space="preserve">4.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odpowiada</w:t>
      </w:r>
      <w:proofErr w:type="spellEnd"/>
      <w:r>
        <w:t xml:space="preserve"> za </w:t>
      </w:r>
      <w:proofErr w:type="spellStart"/>
      <w:r>
        <w:t>utratę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wykorzystania</w:t>
      </w:r>
      <w:proofErr w:type="spellEnd"/>
      <w:r>
        <w:t xml:space="preserve"> Karty po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prawidłowym</w:t>
      </w:r>
      <w:proofErr w:type="spellEnd"/>
      <w:r>
        <w:t xml:space="preserve"> </w:t>
      </w:r>
      <w:proofErr w:type="spellStart"/>
      <w:r>
        <w:t>przekazaniu</w:t>
      </w:r>
      <w:proofErr w:type="spellEnd"/>
      <w:r>
        <w:t xml:space="preserve"> </w:t>
      </w:r>
      <w:proofErr w:type="spellStart"/>
      <w:r>
        <w:t>Uczestnikowi</w:t>
      </w:r>
      <w:proofErr w:type="spellEnd"/>
      <w:r>
        <w:t xml:space="preserve">, z </w:t>
      </w:r>
      <w:proofErr w:type="spellStart"/>
      <w:r>
        <w:t>zastrzeżeniem</w:t>
      </w:r>
      <w:proofErr w:type="spellEnd"/>
      <w:r>
        <w:t xml:space="preserve"> </w:t>
      </w:r>
      <w:proofErr w:type="spellStart"/>
      <w:r>
        <w:t>bezwzględnie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prawa</w:t>
      </w:r>
      <w:proofErr w:type="spellEnd"/>
      <w:r>
        <w:t>.</w:t>
      </w:r>
    </w:p>
    <w:p w14:paraId="620089E7" w14:textId="77777777" w:rsidR="00831389" w:rsidRDefault="00000000">
      <w:pPr>
        <w:pStyle w:val="Nagwek1"/>
      </w:pPr>
      <w:r>
        <w:t xml:space="preserve">§8. </w:t>
      </w:r>
      <w:proofErr w:type="spellStart"/>
      <w:r>
        <w:t>Zwroty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korekty</w:t>
      </w:r>
      <w:proofErr w:type="spellEnd"/>
    </w:p>
    <w:p w14:paraId="49B75795" w14:textId="77777777" w:rsidR="00831389" w:rsidRDefault="00000000">
      <w:pPr>
        <w:ind w:left="312" w:hanging="255"/>
      </w:pPr>
      <w:r>
        <w:t xml:space="preserve">1. </w:t>
      </w:r>
      <w:proofErr w:type="spellStart"/>
      <w:r>
        <w:t>Zwrot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korekta</w:t>
      </w:r>
      <w:proofErr w:type="spellEnd"/>
      <w:r>
        <w:t xml:space="preserve"> </w:t>
      </w:r>
      <w:proofErr w:type="spellStart"/>
      <w:r>
        <w:t>faktury</w:t>
      </w:r>
      <w:proofErr w:type="spellEnd"/>
      <w:r>
        <w:t xml:space="preserve"> </w:t>
      </w:r>
      <w:proofErr w:type="spellStart"/>
      <w:r>
        <w:t>powoduje</w:t>
      </w:r>
      <w:proofErr w:type="spellEnd"/>
      <w:r>
        <w:t xml:space="preserve"> </w:t>
      </w:r>
      <w:proofErr w:type="spellStart"/>
      <w:r>
        <w:t>odpowiednie</w:t>
      </w:r>
      <w:proofErr w:type="spellEnd"/>
      <w:r>
        <w:t xml:space="preserve"> </w:t>
      </w:r>
      <w:proofErr w:type="spellStart"/>
      <w:r>
        <w:t>przeliczenie</w:t>
      </w:r>
      <w:proofErr w:type="spellEnd"/>
      <w:r>
        <w:t xml:space="preserve"> </w:t>
      </w:r>
      <w:proofErr w:type="spellStart"/>
      <w:r>
        <w:t>wartości</w:t>
      </w:r>
      <w:proofErr w:type="spellEnd"/>
      <w:r>
        <w:t xml:space="preserve"> </w:t>
      </w:r>
      <w:proofErr w:type="spellStart"/>
      <w:r>
        <w:t>zakupów</w:t>
      </w:r>
      <w:proofErr w:type="spellEnd"/>
      <w:r>
        <w:t xml:space="preserve"> </w:t>
      </w:r>
      <w:proofErr w:type="spellStart"/>
      <w:r>
        <w:t>kwalifikujących</w:t>
      </w:r>
      <w:proofErr w:type="spellEnd"/>
      <w:r>
        <w:t xml:space="preserve"> do </w:t>
      </w:r>
      <w:proofErr w:type="spellStart"/>
      <w:r>
        <w:t>Promocji</w:t>
      </w:r>
      <w:proofErr w:type="spellEnd"/>
      <w:r>
        <w:t>.</w:t>
      </w:r>
    </w:p>
    <w:p w14:paraId="19A7C1DA" w14:textId="77777777" w:rsidR="00831389" w:rsidRDefault="00000000">
      <w:pPr>
        <w:ind w:left="312" w:hanging="255"/>
      </w:pPr>
      <w:r>
        <w:t xml:space="preserve">2. </w:t>
      </w:r>
      <w:proofErr w:type="spellStart"/>
      <w:r>
        <w:t>Jeżeli</w:t>
      </w:r>
      <w:proofErr w:type="spellEnd"/>
      <w:r>
        <w:t xml:space="preserve"> w </w:t>
      </w:r>
      <w:proofErr w:type="spellStart"/>
      <w:r>
        <w:t>wyniku</w:t>
      </w:r>
      <w:proofErr w:type="spellEnd"/>
      <w:r>
        <w:t xml:space="preserve"> </w:t>
      </w:r>
      <w:proofErr w:type="spellStart"/>
      <w:r>
        <w:t>korekty</w:t>
      </w:r>
      <w:proofErr w:type="spellEnd"/>
      <w:r>
        <w:t xml:space="preserve">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przestanie</w:t>
      </w:r>
      <w:proofErr w:type="spellEnd"/>
      <w:r>
        <w:t xml:space="preserve"> </w:t>
      </w:r>
      <w:proofErr w:type="spellStart"/>
      <w:r>
        <w:t>spełniać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danego</w:t>
      </w:r>
      <w:proofErr w:type="spellEnd"/>
      <w:r>
        <w:t xml:space="preserve"> </w:t>
      </w:r>
      <w:proofErr w:type="spellStart"/>
      <w:r>
        <w:t>progu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odpowiednio</w:t>
      </w:r>
      <w:proofErr w:type="spellEnd"/>
      <w:r>
        <w:t xml:space="preserve"> </w:t>
      </w:r>
      <w:proofErr w:type="spellStart"/>
      <w:r>
        <w:t>skorygować</w:t>
      </w:r>
      <w:proofErr w:type="spellEnd"/>
      <w:r>
        <w:t xml:space="preserve">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należnej</w:t>
      </w:r>
      <w:proofErr w:type="spellEnd"/>
      <w:r>
        <w:t xml:space="preserve"> </w:t>
      </w:r>
      <w:proofErr w:type="spellStart"/>
      <w:r>
        <w:t>Nagrody</w:t>
      </w:r>
      <w:proofErr w:type="spellEnd"/>
      <w:r>
        <w:t xml:space="preserve"> </w:t>
      </w:r>
      <w:proofErr w:type="spellStart"/>
      <w:r>
        <w:t>albo</w:t>
      </w:r>
      <w:proofErr w:type="spellEnd"/>
      <w:r>
        <w:t xml:space="preserve"> </w:t>
      </w:r>
      <w:proofErr w:type="spellStart"/>
      <w:r>
        <w:t>odmówić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wydania</w:t>
      </w:r>
      <w:proofErr w:type="spellEnd"/>
      <w:r>
        <w:t>.</w:t>
      </w:r>
    </w:p>
    <w:p w14:paraId="53C4900D" w14:textId="77777777" w:rsidR="00831389" w:rsidRDefault="00000000">
      <w:pPr>
        <w:ind w:left="312" w:hanging="255"/>
      </w:pPr>
      <w:r>
        <w:t xml:space="preserve">3.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Nagroda</w:t>
      </w:r>
      <w:proofErr w:type="spellEnd"/>
      <w:r>
        <w:t xml:space="preserve"> </w:t>
      </w:r>
      <w:proofErr w:type="spellStart"/>
      <w:r>
        <w:t>została</w:t>
      </w:r>
      <w:proofErr w:type="spellEnd"/>
      <w:r>
        <w:t xml:space="preserve"> </w:t>
      </w:r>
      <w:proofErr w:type="spellStart"/>
      <w:r>
        <w:t>już</w:t>
      </w:r>
      <w:proofErr w:type="spellEnd"/>
      <w:r>
        <w:t xml:space="preserve"> </w:t>
      </w:r>
      <w:proofErr w:type="spellStart"/>
      <w:r>
        <w:t>wydana</w:t>
      </w:r>
      <w:proofErr w:type="spellEnd"/>
      <w:r>
        <w:t xml:space="preserve">, a </w:t>
      </w:r>
      <w:proofErr w:type="spellStart"/>
      <w:r>
        <w:t>późniejszy</w:t>
      </w:r>
      <w:proofErr w:type="spellEnd"/>
      <w:r>
        <w:t xml:space="preserve"> </w:t>
      </w:r>
      <w:proofErr w:type="spellStart"/>
      <w:r>
        <w:t>zwrot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korekta</w:t>
      </w:r>
      <w:proofErr w:type="spellEnd"/>
      <w:r>
        <w:t xml:space="preserve"> </w:t>
      </w:r>
      <w:proofErr w:type="spellStart"/>
      <w:r>
        <w:t>powoduje</w:t>
      </w:r>
      <w:proofErr w:type="spellEnd"/>
      <w:r>
        <w:t xml:space="preserve"> </w:t>
      </w:r>
      <w:proofErr w:type="spellStart"/>
      <w:r>
        <w:t>utratę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do </w:t>
      </w:r>
      <w:proofErr w:type="spellStart"/>
      <w:r>
        <w:t>niej</w:t>
      </w:r>
      <w:proofErr w:type="spellEnd"/>
      <w:r>
        <w:t xml:space="preserve">,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żądać</w:t>
      </w:r>
      <w:proofErr w:type="spellEnd"/>
      <w:r>
        <w:t xml:space="preserve"> </w:t>
      </w:r>
      <w:proofErr w:type="spellStart"/>
      <w:r>
        <w:t>zwrotu</w:t>
      </w:r>
      <w:proofErr w:type="spellEnd"/>
      <w:r>
        <w:t xml:space="preserve"> Karty, a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zwrot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jest </w:t>
      </w:r>
      <w:proofErr w:type="spellStart"/>
      <w:r>
        <w:t>możliwy</w:t>
      </w:r>
      <w:proofErr w:type="spellEnd"/>
      <w:r>
        <w:t xml:space="preserve"> - </w:t>
      </w:r>
      <w:proofErr w:type="spellStart"/>
      <w:r>
        <w:t>zwrotu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równowartości</w:t>
      </w:r>
      <w:proofErr w:type="spellEnd"/>
      <w:r>
        <w:t>.</w:t>
      </w:r>
    </w:p>
    <w:p w14:paraId="36D723FB" w14:textId="77777777" w:rsidR="00831389" w:rsidRDefault="00000000">
      <w:pPr>
        <w:pStyle w:val="Nagwek1"/>
      </w:pPr>
      <w:r>
        <w:t xml:space="preserve">§9.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podatkowe</w:t>
      </w:r>
      <w:proofErr w:type="spellEnd"/>
    </w:p>
    <w:p w14:paraId="768C252E" w14:textId="77777777" w:rsidR="00831389" w:rsidRDefault="00000000">
      <w:pPr>
        <w:ind w:left="312" w:hanging="255"/>
      </w:pPr>
      <w:r>
        <w:t xml:space="preserve">1. </w:t>
      </w:r>
      <w:proofErr w:type="spellStart"/>
      <w:r>
        <w:t>Promocja</w:t>
      </w:r>
      <w:proofErr w:type="spellEnd"/>
      <w:r>
        <w:t xml:space="preserve"> </w:t>
      </w:r>
      <w:proofErr w:type="spellStart"/>
      <w:r>
        <w:t>skierowana</w:t>
      </w:r>
      <w:proofErr w:type="spellEnd"/>
      <w:r>
        <w:t xml:space="preserve"> jest </w:t>
      </w:r>
      <w:proofErr w:type="spellStart"/>
      <w:r>
        <w:t>wyłącznie</w:t>
      </w:r>
      <w:proofErr w:type="spellEnd"/>
      <w:r>
        <w:t xml:space="preserve"> do </w:t>
      </w:r>
      <w:proofErr w:type="spellStart"/>
      <w:r>
        <w:t>przedsiębiorców</w:t>
      </w:r>
      <w:proofErr w:type="spellEnd"/>
      <w:r>
        <w:t>.</w:t>
      </w:r>
    </w:p>
    <w:p w14:paraId="797B3D1C" w14:textId="77777777" w:rsidR="00831389" w:rsidRDefault="00000000">
      <w:pPr>
        <w:ind w:left="312" w:hanging="255"/>
      </w:pPr>
      <w:r>
        <w:t xml:space="preserve">2. </w:t>
      </w:r>
      <w:proofErr w:type="spellStart"/>
      <w:r>
        <w:t>Nagroda</w:t>
      </w:r>
      <w:proofErr w:type="spellEnd"/>
      <w:r>
        <w:t xml:space="preserve"> jest </w:t>
      </w:r>
      <w:proofErr w:type="spellStart"/>
      <w:r>
        <w:t>przyznawana</w:t>
      </w:r>
      <w:proofErr w:type="spellEnd"/>
      <w:r>
        <w:t xml:space="preserve"> </w:t>
      </w:r>
      <w:proofErr w:type="spellStart"/>
      <w:r>
        <w:t>Uczestnikowi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zakupami</w:t>
      </w:r>
      <w:proofErr w:type="spellEnd"/>
      <w:r>
        <w:t xml:space="preserve"> </w:t>
      </w:r>
      <w:proofErr w:type="spellStart"/>
      <w:r>
        <w:t>dokonywanymi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prowadzonej</w:t>
      </w:r>
      <w:proofErr w:type="spellEnd"/>
      <w:r>
        <w:t xml:space="preserve"> </w:t>
      </w:r>
      <w:proofErr w:type="spellStart"/>
      <w:r>
        <w:t>działalności</w:t>
      </w:r>
      <w:proofErr w:type="spellEnd"/>
      <w:r>
        <w:t xml:space="preserve"> </w:t>
      </w:r>
      <w:proofErr w:type="spellStart"/>
      <w:r>
        <w:t>gospodarczej</w:t>
      </w:r>
      <w:proofErr w:type="spellEnd"/>
      <w:r>
        <w:t>.</w:t>
      </w:r>
    </w:p>
    <w:p w14:paraId="07E44E7E" w14:textId="77777777" w:rsidR="00831389" w:rsidRDefault="00000000">
      <w:pPr>
        <w:ind w:left="312" w:hanging="255"/>
      </w:pPr>
      <w:r>
        <w:t xml:space="preserve">3. </w:t>
      </w:r>
      <w:proofErr w:type="spellStart"/>
      <w:r>
        <w:t>Uczestnik</w:t>
      </w:r>
      <w:proofErr w:type="spellEnd"/>
      <w:r>
        <w:t xml:space="preserve"> </w:t>
      </w:r>
      <w:proofErr w:type="spellStart"/>
      <w:r>
        <w:t>dokonuje</w:t>
      </w:r>
      <w:proofErr w:type="spellEnd"/>
      <w:r>
        <w:t xml:space="preserve"> </w:t>
      </w:r>
      <w:proofErr w:type="spellStart"/>
      <w:r>
        <w:t>własnych</w:t>
      </w:r>
      <w:proofErr w:type="spellEnd"/>
      <w:r>
        <w:t xml:space="preserve"> </w:t>
      </w:r>
      <w:proofErr w:type="spellStart"/>
      <w:r>
        <w:t>rozliczeń</w:t>
      </w:r>
      <w:proofErr w:type="spellEnd"/>
      <w:r>
        <w:t xml:space="preserve"> </w:t>
      </w:r>
      <w:proofErr w:type="spellStart"/>
      <w:r>
        <w:t>podatkowych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otrzymaną</w:t>
      </w:r>
      <w:proofErr w:type="spellEnd"/>
      <w:r>
        <w:t xml:space="preserve"> </w:t>
      </w:r>
      <w:proofErr w:type="spellStart"/>
      <w:r>
        <w:t>Nagrodą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właściwymi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prowadzonej</w:t>
      </w:r>
      <w:proofErr w:type="spellEnd"/>
      <w:r>
        <w:t xml:space="preserve"> </w:t>
      </w:r>
      <w:proofErr w:type="spellStart"/>
      <w:r>
        <w:t>działalności</w:t>
      </w:r>
      <w:proofErr w:type="spellEnd"/>
      <w:r>
        <w:t>.</w:t>
      </w:r>
    </w:p>
    <w:p w14:paraId="5CA3D9DD" w14:textId="77777777" w:rsidR="00831389" w:rsidRDefault="00000000">
      <w:pPr>
        <w:ind w:left="312" w:hanging="255"/>
      </w:pPr>
      <w:r>
        <w:t xml:space="preserve">4.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wykonuje</w:t>
      </w:r>
      <w:proofErr w:type="spellEnd"/>
      <w:r>
        <w:t xml:space="preserve"> </w:t>
      </w:r>
      <w:proofErr w:type="spellStart"/>
      <w:r>
        <w:t>obowiązki</w:t>
      </w:r>
      <w:proofErr w:type="spellEnd"/>
      <w:r>
        <w:t xml:space="preserve"> </w:t>
      </w:r>
      <w:proofErr w:type="spellStart"/>
      <w:r>
        <w:t>podatkowe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informacyjne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obowiązek</w:t>
      </w:r>
      <w:proofErr w:type="spellEnd"/>
      <w:r>
        <w:t xml:space="preserve"> </w:t>
      </w:r>
      <w:proofErr w:type="spellStart"/>
      <w:r>
        <w:t>taki</w:t>
      </w:r>
      <w:proofErr w:type="spellEnd"/>
      <w:r>
        <w:t xml:space="preserve"> </w:t>
      </w:r>
      <w:proofErr w:type="spellStart"/>
      <w:r>
        <w:t>wynika</w:t>
      </w:r>
      <w:proofErr w:type="spellEnd"/>
      <w:r>
        <w:t xml:space="preserve"> z </w:t>
      </w:r>
      <w:proofErr w:type="spellStart"/>
      <w:r>
        <w:t>obowiązujących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>.</w:t>
      </w:r>
    </w:p>
    <w:p w14:paraId="14E9E5EE" w14:textId="77777777" w:rsidR="00831389" w:rsidRDefault="00000000">
      <w:pPr>
        <w:pStyle w:val="Nagwek1"/>
      </w:pPr>
      <w:r>
        <w:t xml:space="preserve">§10. </w:t>
      </w:r>
      <w:proofErr w:type="spellStart"/>
      <w:r>
        <w:t>Reklamacje</w:t>
      </w:r>
      <w:proofErr w:type="spellEnd"/>
    </w:p>
    <w:p w14:paraId="6C268B7D" w14:textId="72A12BE1" w:rsidR="00831389" w:rsidRDefault="00000000">
      <w:pPr>
        <w:ind w:left="312" w:hanging="255"/>
      </w:pPr>
      <w:r>
        <w:t xml:space="preserve">1. </w:t>
      </w:r>
      <w:proofErr w:type="spellStart"/>
      <w:r>
        <w:t>Reklamacje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Promocji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składać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r w:rsidR="004B65BC">
        <w:t>marketing@rejs.eu</w:t>
      </w:r>
    </w:p>
    <w:p w14:paraId="1DC224D0" w14:textId="77777777" w:rsidR="00831389" w:rsidRDefault="00000000">
      <w:pPr>
        <w:ind w:left="312" w:hanging="255"/>
      </w:pPr>
      <w:r>
        <w:t xml:space="preserve">2. </w:t>
      </w:r>
      <w:proofErr w:type="spellStart"/>
      <w:r>
        <w:t>Reklamacja</w:t>
      </w:r>
      <w:proofErr w:type="spellEnd"/>
      <w:r>
        <w:t xml:space="preserve"> </w:t>
      </w:r>
      <w:proofErr w:type="spellStart"/>
      <w:r>
        <w:t>powinna</w:t>
      </w:r>
      <w:proofErr w:type="spellEnd"/>
      <w:r>
        <w:t xml:space="preserve"> </w:t>
      </w:r>
      <w:proofErr w:type="spellStart"/>
      <w:r>
        <w:t>zawierać</w:t>
      </w:r>
      <w:proofErr w:type="spellEnd"/>
      <w:r>
        <w:t xml:space="preserve"> </w:t>
      </w:r>
      <w:proofErr w:type="spellStart"/>
      <w:r>
        <w:t>nazwę</w:t>
      </w:r>
      <w:proofErr w:type="spellEnd"/>
      <w:r>
        <w:t xml:space="preserve"> </w:t>
      </w:r>
      <w:proofErr w:type="spellStart"/>
      <w:r>
        <w:t>przedsiębiorcy</w:t>
      </w:r>
      <w:proofErr w:type="spellEnd"/>
      <w:r>
        <w:t xml:space="preserve">, </w:t>
      </w:r>
      <w:proofErr w:type="spellStart"/>
      <w:r>
        <w:t>numer</w:t>
      </w:r>
      <w:proofErr w:type="spellEnd"/>
      <w:r>
        <w:t xml:space="preserve"> </w:t>
      </w:r>
      <w:proofErr w:type="spellStart"/>
      <w:r>
        <w:t>faktury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zgłoszenia</w:t>
      </w:r>
      <w:proofErr w:type="spellEnd"/>
      <w:r>
        <w:t>.</w:t>
      </w:r>
    </w:p>
    <w:p w14:paraId="3C0AF057" w14:textId="77777777" w:rsidR="00831389" w:rsidRDefault="00000000">
      <w:pPr>
        <w:ind w:left="312" w:hanging="255"/>
      </w:pPr>
      <w:r>
        <w:t xml:space="preserve">3. </w:t>
      </w:r>
      <w:proofErr w:type="spellStart"/>
      <w:r>
        <w:t>Organizator</w:t>
      </w:r>
      <w:proofErr w:type="spellEnd"/>
      <w:r>
        <w:t xml:space="preserve"> </w:t>
      </w:r>
      <w:proofErr w:type="spellStart"/>
      <w:r>
        <w:t>rozpatruje</w:t>
      </w:r>
      <w:proofErr w:type="spellEnd"/>
      <w:r>
        <w:t xml:space="preserve"> </w:t>
      </w:r>
      <w:proofErr w:type="spellStart"/>
      <w:r>
        <w:t>reklamację</w:t>
      </w:r>
      <w:proofErr w:type="spellEnd"/>
      <w:r>
        <w:t xml:space="preserve"> w </w:t>
      </w:r>
      <w:proofErr w:type="spellStart"/>
      <w:r>
        <w:t>terminie</w:t>
      </w:r>
      <w:proofErr w:type="spellEnd"/>
      <w:r>
        <w:t xml:space="preserve"> 14 </w:t>
      </w:r>
      <w:proofErr w:type="spellStart"/>
      <w:r>
        <w:t>dni</w:t>
      </w:r>
      <w:proofErr w:type="spellEnd"/>
      <w:r>
        <w:t xml:space="preserve"> od </w:t>
      </w:r>
      <w:proofErr w:type="spellStart"/>
      <w:r>
        <w:t>jej</w:t>
      </w:r>
      <w:proofErr w:type="spellEnd"/>
      <w:r>
        <w:t xml:space="preserve"> </w:t>
      </w:r>
      <w:proofErr w:type="spellStart"/>
      <w:r>
        <w:t>otrzymania</w:t>
      </w:r>
      <w:proofErr w:type="spellEnd"/>
      <w:r>
        <w:t>.</w:t>
      </w:r>
    </w:p>
    <w:p w14:paraId="0AB31CF7" w14:textId="77777777" w:rsidR="00831389" w:rsidRDefault="00000000">
      <w:pPr>
        <w:pStyle w:val="Nagwek1"/>
      </w:pPr>
      <w:r>
        <w:t xml:space="preserve">§11. </w:t>
      </w:r>
      <w:proofErr w:type="spellStart"/>
      <w:r>
        <w:t>Postanowienia</w:t>
      </w:r>
      <w:proofErr w:type="spellEnd"/>
      <w:r>
        <w:t xml:space="preserve"> </w:t>
      </w:r>
      <w:proofErr w:type="spellStart"/>
      <w:r>
        <w:t>końcowe</w:t>
      </w:r>
      <w:proofErr w:type="spellEnd"/>
    </w:p>
    <w:p w14:paraId="146ADDAA" w14:textId="34202750" w:rsidR="00831389" w:rsidRDefault="00000000">
      <w:pPr>
        <w:ind w:left="312" w:hanging="255"/>
      </w:pPr>
      <w:r>
        <w:t xml:space="preserve">1. </w:t>
      </w:r>
      <w:proofErr w:type="spellStart"/>
      <w:r>
        <w:t>Regulamin</w:t>
      </w:r>
      <w:proofErr w:type="spellEnd"/>
      <w:r>
        <w:t xml:space="preserve"> </w:t>
      </w:r>
      <w:proofErr w:type="spellStart"/>
      <w:r>
        <w:t>dostępny</w:t>
      </w:r>
      <w:proofErr w:type="spellEnd"/>
      <w:r>
        <w:t xml:space="preserve"> jest </w:t>
      </w:r>
      <w:proofErr w:type="spellStart"/>
      <w:r w:rsidR="00161D8E">
        <w:t>na</w:t>
      </w:r>
      <w:proofErr w:type="spellEnd"/>
      <w:r w:rsidR="00161D8E">
        <w:t xml:space="preserve"> </w:t>
      </w:r>
      <w:r w:rsidR="004447A4">
        <w:t>www.</w:t>
      </w:r>
      <w:r w:rsidR="00161D8E">
        <w:t>rejs.</w:t>
      </w:r>
      <w:r w:rsidR="004447A4">
        <w:t>e</w:t>
      </w:r>
      <w:r w:rsidR="00161D8E">
        <w:t>u or</w:t>
      </w:r>
      <w:proofErr w:type="spellStart"/>
      <w:r w:rsidR="00161D8E">
        <w:t>az</w:t>
      </w:r>
      <w:proofErr w:type="spellEnd"/>
      <w:r w:rsidR="00161D8E">
        <w:t xml:space="preserve"> </w:t>
      </w:r>
      <w:proofErr w:type="spellStart"/>
      <w:r w:rsidR="00161D8E">
        <w:t>punktach</w:t>
      </w:r>
      <w:proofErr w:type="spellEnd"/>
      <w:r w:rsidR="00161D8E">
        <w:t xml:space="preserve"> </w:t>
      </w:r>
      <w:proofErr w:type="spellStart"/>
      <w:r w:rsidR="00161D8E">
        <w:t>sprzedaży</w:t>
      </w:r>
      <w:proofErr w:type="spellEnd"/>
      <w:r w:rsidR="00161D8E">
        <w:t xml:space="preserve"> REJS.</w:t>
      </w:r>
    </w:p>
    <w:p w14:paraId="62C6837E" w14:textId="77777777" w:rsidR="00831389" w:rsidRDefault="00000000">
      <w:pPr>
        <w:ind w:left="312" w:hanging="255"/>
      </w:pPr>
      <w:r>
        <w:t xml:space="preserve">2. </w:t>
      </w:r>
      <w:proofErr w:type="spellStart"/>
      <w:r>
        <w:t>Integralną</w:t>
      </w:r>
      <w:proofErr w:type="spellEnd"/>
      <w:r>
        <w:t xml:space="preserve"> </w:t>
      </w:r>
      <w:proofErr w:type="spellStart"/>
      <w:r>
        <w:t>część</w:t>
      </w:r>
      <w:proofErr w:type="spellEnd"/>
      <w:r>
        <w:t xml:space="preserve"> </w:t>
      </w:r>
      <w:proofErr w:type="spellStart"/>
      <w:r>
        <w:t>Regulaminu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nr 1 - </w:t>
      </w:r>
      <w:proofErr w:type="spellStart"/>
      <w:r>
        <w:t>Wykaz</w:t>
      </w:r>
      <w:proofErr w:type="spellEnd"/>
      <w:r>
        <w:t xml:space="preserve"> </w:t>
      </w:r>
      <w:proofErr w:type="spellStart"/>
      <w:r>
        <w:t>indeksów</w:t>
      </w:r>
      <w:proofErr w:type="spellEnd"/>
      <w:r>
        <w:t xml:space="preserve"> </w:t>
      </w:r>
      <w:proofErr w:type="spellStart"/>
      <w:r>
        <w:t>produktów</w:t>
      </w:r>
      <w:proofErr w:type="spellEnd"/>
      <w:r>
        <w:t xml:space="preserve"> </w:t>
      </w:r>
      <w:proofErr w:type="spellStart"/>
      <w:r>
        <w:t>objętych</w:t>
      </w:r>
      <w:proofErr w:type="spellEnd"/>
      <w:r>
        <w:t xml:space="preserve"> </w:t>
      </w:r>
      <w:proofErr w:type="spellStart"/>
      <w:r>
        <w:t>Promocją</w:t>
      </w:r>
      <w:proofErr w:type="spellEnd"/>
      <w:r>
        <w:t>.</w:t>
      </w:r>
    </w:p>
    <w:p w14:paraId="74AF7693" w14:textId="77777777" w:rsidR="00831389" w:rsidRDefault="00000000">
      <w:pPr>
        <w:ind w:left="312" w:hanging="255"/>
      </w:pPr>
      <w:r>
        <w:lastRenderedPageBreak/>
        <w:t xml:space="preserve">3. </w:t>
      </w:r>
      <w:proofErr w:type="spellStart"/>
      <w:r>
        <w:t>Plakat</w:t>
      </w:r>
      <w:proofErr w:type="spellEnd"/>
      <w:r>
        <w:t xml:space="preserve"> </w:t>
      </w:r>
      <w:proofErr w:type="spellStart"/>
      <w:r>
        <w:t>promocyjny</w:t>
      </w:r>
      <w:proofErr w:type="spellEnd"/>
      <w:r>
        <w:t xml:space="preserve"> jest </w:t>
      </w:r>
      <w:proofErr w:type="spellStart"/>
      <w:r>
        <w:t>materiałem</w:t>
      </w:r>
      <w:proofErr w:type="spellEnd"/>
      <w:r>
        <w:t xml:space="preserve"> </w:t>
      </w:r>
      <w:proofErr w:type="spellStart"/>
      <w:r>
        <w:t>informacyjnym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marketingowym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stanowi</w:t>
      </w:r>
      <w:proofErr w:type="spellEnd"/>
      <w:r>
        <w:t xml:space="preserve"> </w:t>
      </w:r>
      <w:proofErr w:type="spellStart"/>
      <w:r>
        <w:t>załącznika</w:t>
      </w:r>
      <w:proofErr w:type="spellEnd"/>
      <w:r>
        <w:t xml:space="preserve"> do </w:t>
      </w:r>
      <w:proofErr w:type="spellStart"/>
      <w:r>
        <w:t>Regulaminu</w:t>
      </w:r>
      <w:proofErr w:type="spellEnd"/>
      <w:r>
        <w:t>.</w:t>
      </w:r>
    </w:p>
    <w:p w14:paraId="0A64E4A2" w14:textId="77777777" w:rsidR="00831389" w:rsidRDefault="00000000">
      <w:pPr>
        <w:ind w:left="312" w:hanging="255"/>
      </w:pPr>
      <w:r>
        <w:t xml:space="preserve">4. </w:t>
      </w:r>
      <w:proofErr w:type="spellStart"/>
      <w:r>
        <w:t>Ewidencja</w:t>
      </w:r>
      <w:proofErr w:type="spellEnd"/>
      <w:r>
        <w:t xml:space="preserve"> </w:t>
      </w:r>
      <w:proofErr w:type="spellStart"/>
      <w:r>
        <w:t>wydawania</w:t>
      </w:r>
      <w:proofErr w:type="spellEnd"/>
      <w:r>
        <w:t xml:space="preserve"> kart </w:t>
      </w:r>
      <w:proofErr w:type="spellStart"/>
      <w:r>
        <w:t>podarunkowych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instrukcja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handlowców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dokumentami</w:t>
      </w:r>
      <w:proofErr w:type="spellEnd"/>
      <w:r>
        <w:t xml:space="preserve"> </w:t>
      </w:r>
      <w:proofErr w:type="spellStart"/>
      <w:r>
        <w:t>wewnętrznymi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stanowią</w:t>
      </w:r>
      <w:proofErr w:type="spellEnd"/>
      <w:r>
        <w:t xml:space="preserve"> </w:t>
      </w:r>
      <w:proofErr w:type="spellStart"/>
      <w:r>
        <w:t>załączników</w:t>
      </w:r>
      <w:proofErr w:type="spellEnd"/>
      <w:r>
        <w:t xml:space="preserve"> do </w:t>
      </w:r>
      <w:proofErr w:type="spellStart"/>
      <w:r>
        <w:t>Regulaminu</w:t>
      </w:r>
      <w:proofErr w:type="spellEnd"/>
      <w:r>
        <w:t>.</w:t>
      </w:r>
    </w:p>
    <w:p w14:paraId="5BA3DECF" w14:textId="77777777" w:rsidR="00831389" w:rsidRDefault="00000000">
      <w:pPr>
        <w:ind w:left="312" w:hanging="255"/>
      </w:pPr>
      <w:r>
        <w:t xml:space="preserve">5. 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nieuregulowanych</w:t>
      </w:r>
      <w:proofErr w:type="spellEnd"/>
      <w:r>
        <w:t xml:space="preserve"> </w:t>
      </w:r>
      <w:proofErr w:type="spellStart"/>
      <w:r>
        <w:t>zastosowanie</w:t>
      </w:r>
      <w:proofErr w:type="spellEnd"/>
      <w:r>
        <w:t xml:space="preserve"> </w:t>
      </w:r>
      <w:proofErr w:type="spellStart"/>
      <w:r>
        <w:t>mają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polskiego</w:t>
      </w:r>
      <w:proofErr w:type="spellEnd"/>
      <w:r>
        <w:t>.</w:t>
      </w:r>
    </w:p>
    <w:p w14:paraId="38A7A1BD" w14:textId="4D85DEDC" w:rsidR="00831389" w:rsidRDefault="00831389"/>
    <w:sectPr w:rsidR="00831389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9605069">
    <w:abstractNumId w:val="8"/>
  </w:num>
  <w:num w:numId="2" w16cid:durableId="1646809510">
    <w:abstractNumId w:val="6"/>
  </w:num>
  <w:num w:numId="3" w16cid:durableId="1627851305">
    <w:abstractNumId w:val="5"/>
  </w:num>
  <w:num w:numId="4" w16cid:durableId="1250845555">
    <w:abstractNumId w:val="4"/>
  </w:num>
  <w:num w:numId="5" w16cid:durableId="121004102">
    <w:abstractNumId w:val="7"/>
  </w:num>
  <w:num w:numId="6" w16cid:durableId="2102407158">
    <w:abstractNumId w:val="3"/>
  </w:num>
  <w:num w:numId="7" w16cid:durableId="64763109">
    <w:abstractNumId w:val="2"/>
  </w:num>
  <w:num w:numId="8" w16cid:durableId="590772674">
    <w:abstractNumId w:val="1"/>
  </w:num>
  <w:num w:numId="9" w16cid:durableId="92441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86A"/>
    <w:rsid w:val="0006063C"/>
    <w:rsid w:val="0014701B"/>
    <w:rsid w:val="0015074B"/>
    <w:rsid w:val="00161D8E"/>
    <w:rsid w:val="001D3F8B"/>
    <w:rsid w:val="0029639D"/>
    <w:rsid w:val="00326F90"/>
    <w:rsid w:val="0038418C"/>
    <w:rsid w:val="004447A4"/>
    <w:rsid w:val="004B65BC"/>
    <w:rsid w:val="00714E62"/>
    <w:rsid w:val="00831389"/>
    <w:rsid w:val="00AA1D8D"/>
    <w:rsid w:val="00B47730"/>
    <w:rsid w:val="00CB0664"/>
    <w:rsid w:val="00FA76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AD8EF"/>
  <w14:defaultImageDpi w14:val="300"/>
  <w15:docId w15:val="{A3812B79-7B60-4FEB-B61C-24102B11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941</Words>
  <Characters>5649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Sobocińska</cp:lastModifiedBy>
  <cp:revision>3</cp:revision>
  <cp:lastPrinted>2026-08-19T09:02:00Z</cp:lastPrinted>
  <dcterms:created xsi:type="dcterms:W3CDTF">2026-08-19T08:51:00Z</dcterms:created>
  <dcterms:modified xsi:type="dcterms:W3CDTF">2026-08-19T09:11:00Z</dcterms:modified>
  <cp:category/>
</cp:coreProperties>
</file>